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="http://schemas.openxmlformats.org/wordprocessingml/2006/main" w14:paraId="7506C42B" w14:textId="77777777" w:rsidR="00237C1E" w:rsidRPr="00711A7F" w:rsidRDefault="00DD7EB5">
      <w:pPr>
        <w:spacing w:after="0"/>
        <w:jc w:val="center"/>
        <w:rPr>
          <w:b/>
          <w:bCs/>
        </w:rPr>
      </w:pPr>
      <w:r w:rsidRPr="00711A7F">
        <w:rPr>
          <w:b/>
          <w:color w:val="505050"/>
          <w:lang w:bidi="cy-GB" w:val="cy-GB"/>
        </w:rPr>
        <w:t xml:space="preserve">Aros yn Iach</w:t>
      </w:r>
    </w:p>
    <w:p xmlns:w="http://schemas.openxmlformats.org/wordprocessingml/2006/main" w14:paraId="3E008BD8" w14:textId="77777777" w:rsidR="00237C1E" w:rsidRDefault="00DD7EB5">
      <w:pPr>
        <w:spacing w:after="40"/>
        <w:jc w:val="center"/>
      </w:pPr>
      <w:r>
        <w:rPr>
          <w:b/>
          <w:color w:val="005EB8"/>
          <w:sz w:val="44"/>
          <w:lang w:bidi="cy-GB" w:val="cy-GB"/>
        </w:rPr>
        <w:t xml:space="preserve">Ymarfer Corff ar gyfer Iechyd a Lles</w:t>
      </w:r>
    </w:p>
    <w:p xmlns:w="http://schemas.openxmlformats.org/wordprocessingml/2006/main" w14:paraId="1E7DB613" w14:textId="77777777" w:rsidR="00237C1E" w:rsidRDefault="00DD7EB5">
      <w:pPr>
        <w:spacing w:after="120"/>
        <w:jc w:val="center"/>
        <w:rPr>
          <w:i/>
          <w:color w:val="505050"/>
          <w:sz w:val="22"/>
        </w:rPr>
      </w:pPr>
      <w:r>
        <w:rPr>
          <w:i/>
          <w:color w:val="505050"/>
          <w:sz w:val="22"/>
          <w:lang w:bidi="cy-GB" w:val="cy-GB"/>
        </w:rPr>
        <w:t xml:space="preserve">Canllaw hawdd ei argraffu i'ch helpu i aros yn egnïol cyn triniaeth neu lawdriniaeth</w:t>
      </w:r>
    </w:p>
    <w:p xmlns:w="http://schemas.openxmlformats.org/wordprocessingml/2006/main" w14:paraId="1CFC481E" w14:textId="77777777" w:rsidR="00711A7F" w:rsidRDefault="00711A7F">
      <w:pPr>
        <w:spacing w:after="120"/>
        <w:jc w:val="center"/>
      </w:pPr>
    </w:p>
    <w:tbl xmlns:w="http://schemas.openxmlformats.org/wordprocessingml/2006/main">
      <w:tblPr>
        <w:tblW w:w="5000" w:type="pct"/>
        <w:jc w:val="center"/>
        <w:tblLook w:val="04A0" w:firstRow="1" w:lastRow="0" w:firstColumn="1" w:lastColumn="0" w:noHBand="0" w:noVBand="1"/>
      </w:tblPr>
      <w:tblGrid>
        <w:gridCol w:w="10976"/>
      </w:tblGrid>
      <w:tr w:rsidR="00237C1E" w14:paraId="09C5FC1E" w14:textId="77777777" w:rsidTr="00E9091A">
        <w:trPr>
          <w:jc w:val="center"/>
        </w:trPr>
        <w:tc>
          <w:tcPr>
            <w:tcW w:w="10976" w:type="dxa"/>
            <w:tcBorders>
              <w:top w:val="single" w:sz="6" w:space="0" w:color="B7D6EA"/>
              <w:left w:val="single" w:sz="6" w:space="0" w:color="B7D6EA"/>
              <w:bottom w:val="single" w:sz="6" w:space="0" w:color="B7D6EA"/>
              <w:right w:val="single" w:sz="6" w:space="0" w:color="B7D6EA"/>
            </w:tcBorders>
            <w:shd w:val="clear" w:color="auto" w:fill="EAF4FB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ACDB9C5" w14:textId="77777777" w:rsidR="00237C1E" w:rsidRPr="00AC28D9" w:rsidRDefault="00DD7EB5" w:rsidP="00AC28D9">
            <w:pPr>
              <w:spacing w:after="40"/>
              <w:jc w:val="center"/>
              <w:rPr>
                <w:sz w:val="24"/>
                <w:szCs w:val="24"/>
              </w:rPr>
            </w:pPr>
            <w:r w:rsidRPr="00203F47">
              <w:rPr>
                <w:b/>
                <w:i/>
                <w:color w:val="005EB8"/>
                <w:sz w:val="24"/>
                <w:szCs w:val="24"/>
                <w:lang w:bidi="cy-GB" w:val="cy-GB"/>
              </w:rPr>
              <w:t xml:space="preserve">Ein harwyddair:</w:t>
            </w:r>
            <w:r w:rsidRPr="00203F47">
              <w:rPr>
                <w:b/>
                <w:color w:val="005EB8"/>
                <w:sz w:val="24"/>
                <w:szCs w:val="24"/>
                <w:lang w:bidi="cy-GB" w:val="cy-GB"/>
              </w:rPr>
              <w:t xml:space="preserve"> Moddion yw Symud</w:t>
            </w:r>
          </w:p>
          <w:p w14:paraId="542013CD" w14:textId="77777777" w:rsidR="00237C1E" w:rsidRDefault="00DD7EB5" w:rsidP="00AC28D9">
            <w:pPr>
              <w:spacing w:after="0"/>
              <w:jc w:val="center"/>
            </w:pPr>
            <w:r w:rsidRPr="00AC28D9">
              <w:rPr>
                <w:sz w:val="24"/>
                <w:szCs w:val="24"/>
                <w:lang w:bidi="cy-GB" w:val="cy-GB"/>
              </w:rPr>
              <w:t xml:space="preserve">Mae bod yn egnïol yn un o'r pethau pwysicaf y gallwn ei wneud i gefnogi ein hiechyd a'n lles. Gall hyd yn oed symiau bach o symudiad wella'ch iechyd, helpu i baratoi'ch corff ar gyfer triniaeth, a chefnogi adferiad wedyn.</w:t>
            </w:r>
          </w:p>
        </w:tc>
      </w:tr>
    </w:tbl>
    <w:p xmlns:w="http://schemas.openxmlformats.org/wordprocessingml/2006/main" w14:paraId="3C55C044" w14:textId="77777777" w:rsidR="00711A7F" w:rsidRDefault="00711A7F" w:rsidP="00E9091A">
      <w:pPr>
        <w:pStyle w:val="Heading2"/>
        <w:spacing w:before="160" w:after="80"/>
      </w:pPr>
    </w:p>
    <w:p xmlns:w="http://schemas.openxmlformats.org/wordprocessingml/2006/main" w14:paraId="172CAA20" w14:textId="1567708E" w:rsidR="00E9091A" w:rsidRDefault="00E9091A" w:rsidP="00E9091A">
      <w:pPr>
        <w:pStyle w:val="Heading2"/>
        <w:spacing w:before="160" w:after="80"/>
      </w:pPr>
      <w:r>
        <w:rPr>
          <w:lang w:bidi="cy-GB" w:val="cy-GB"/>
        </w:rPr>
        <w:t xml:space="preserve">Dechrau arni</w:t>
      </w:r>
    </w:p>
    <w:tbl xmlns:w="http://schemas.openxmlformats.org/wordprocessingml/2006/main">
      <w:tblPr>
        <w:tblW w:w="5000" w:type="pct"/>
        <w:jc w:val="center"/>
        <w:tblLook w:val="04A0" w:firstRow="1" w:lastRow="0" w:firstColumn="1" w:lastColumn="0" w:noHBand="0" w:noVBand="1"/>
      </w:tblPr>
      <w:tblGrid>
        <w:gridCol w:w="10976"/>
      </w:tblGrid>
      <w:tr w:rsidR="00E9091A" w:rsidRPr="00AC28D9" w14:paraId="5B8EDE85" w14:textId="77777777" w:rsidTr="00400355">
        <w:trPr>
          <w:jc w:val="center"/>
        </w:trPr>
        <w:tc>
          <w:tcPr>
            <w:tcW w:w="10656" w:type="dxa"/>
            <w:tcBorders>
              <w:top w:val="single" w:sz="6" w:space="0" w:color="B7D6EA"/>
              <w:left w:val="single" w:sz="6" w:space="0" w:color="B7D6EA"/>
              <w:bottom w:val="single" w:sz="6" w:space="0" w:color="B7D6EA"/>
              <w:right w:val="single" w:sz="6" w:space="0" w:color="B7D6EA"/>
            </w:tcBorders>
            <w:shd w:val="clear" w:color="auto" w:fill="FFF7E6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DCDD966" w14:textId="77777777" w:rsidR="00E9091A" w:rsidRDefault="00E9091A" w:rsidP="006901EF">
            <w:pPr>
              <w:pStyle w:val="ListParagraph"/>
              <w:numPr>
                <w:ilvl w:val="0"/>
                <w:numId w:val="14"/>
              </w:numPr>
              <w:spacing w:after="0"/>
              <w:rPr>
                <w:color w:val="auto"/>
                <w:sz w:val="22"/>
              </w:rPr>
            </w:pPr>
            <w:r w:rsidRPr="006901EF">
              <w:rPr>
                <w:color w:val="auto"/>
                <w:sz w:val="22"/>
                <w:lang w:bidi="cy-GB" w:val="cy-GB"/>
              </w:rPr>
              <w:t xml:space="preserve">Dechreuwch gyda 5-10 munud</w:t>
            </w:r>
          </w:p>
          <w:p w14:paraId="369B1C92" w14:textId="77777777" w:rsidR="006901EF" w:rsidRDefault="006901EF" w:rsidP="006901EF">
            <w:pPr>
              <w:pStyle w:val="ListParagraph"/>
              <w:numPr>
                <w:ilvl w:val="0"/>
                <w:numId w:val="14"/>
              </w:numPr>
              <w:spacing w:after="0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cy-GB" w:val="cy-GB"/>
              </w:rPr>
              <w:t xml:space="preserve">Symudwch ychydig bob dydd</w:t>
            </w:r>
          </w:p>
          <w:p w14:paraId="6E51AD0A" w14:textId="77777777" w:rsidR="006901EF" w:rsidRDefault="006901EF" w:rsidP="006901EF">
            <w:pPr>
              <w:pStyle w:val="ListParagraph"/>
              <w:numPr>
                <w:ilvl w:val="0"/>
                <w:numId w:val="14"/>
              </w:numPr>
              <w:spacing w:after="0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cy-GB" w:val="cy-GB"/>
              </w:rPr>
              <w:t xml:space="preserve">Dewiswch weithgareddau sy'n teimlo'n ddiogel ac rydych yn ei fwynhau</w:t>
            </w:r>
          </w:p>
          <w:p w14:paraId="715F1815" w14:textId="77777777" w:rsidR="006901EF" w:rsidRDefault="006901EF" w:rsidP="006901EF">
            <w:pPr>
              <w:pStyle w:val="ListParagraph"/>
              <w:numPr>
                <w:ilvl w:val="0"/>
                <w:numId w:val="14"/>
              </w:numPr>
              <w:spacing w:after="0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cy-GB" w:val="cy-GB"/>
              </w:rPr>
              <w:t xml:space="preserve">Adeiladu'n raddol dros amser</w:t>
            </w:r>
          </w:p>
          <w:p w14:paraId="415A651F" w14:textId="125DC267" w:rsidR="006901EF" w:rsidRDefault="006901EF" w:rsidP="006901EF">
            <w:pPr>
              <w:pStyle w:val="ListParagraph"/>
              <w:numPr>
                <w:ilvl w:val="0"/>
                <w:numId w:val="14"/>
              </w:numPr>
              <w:spacing w:after="0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cy-GB" w:val="cy-GB"/>
              </w:rPr>
              <w:t xml:space="preserve">Torrwch y gweithgaredd yn sesiynau byrrach os oes angen</w:t>
            </w:r>
          </w:p>
          <w:p w14:paraId="0F2362B8" w14:textId="4313DF27" w:rsidR="006901EF" w:rsidRPr="006901EF" w:rsidRDefault="00D707C0" w:rsidP="006901EF">
            <w:pPr>
              <w:pStyle w:val="ListParagraph"/>
              <w:numPr>
                <w:ilvl w:val="0"/>
                <w:numId w:val="14"/>
              </w:numPr>
              <w:spacing w:after="0"/>
              <w:rPr>
                <w:color w:val="auto"/>
                <w:sz w:val="22"/>
              </w:rPr>
            </w:pPr>
            <w:r>
              <w:rPr>
                <w:color w:val="auto"/>
                <w:sz w:val="22"/>
                <w:lang w:bidi="cy-GB" w:val="cy-GB"/>
              </w:rPr>
              <w:t xml:space="preserve">Siaradwch â'ch tîm gofal iechyd os ydych chi'n ansicr beth sy'n ddiogel i chi</w:t>
            </w:r>
          </w:p>
        </w:tc>
      </w:tr>
    </w:tbl>
    <w:p xmlns:w="http://schemas.openxmlformats.org/wordprocessingml/2006/main" w14:paraId="4575A423" w14:textId="77777777" w:rsidR="004830FF" w:rsidRDefault="004830FF" w:rsidP="004830FF">
      <w:pPr>
        <w:spacing w:after="80"/>
        <w:rPr>
          <w:b/>
          <w:bCs/>
          <w:sz w:val="22"/>
        </w:rPr>
      </w:pPr>
    </w:p>
    <w:p xmlns:w="http://schemas.openxmlformats.org/wordprocessingml/2006/main" w14:paraId="4671F70D" w14:textId="65C4AEE0" w:rsidR="1E48332D" w:rsidRPr="006901EF" w:rsidRDefault="00E9091A" w:rsidP="004830FF">
      <w:pPr>
        <w:spacing w:after="80"/>
        <w:rPr>
          <w:b/>
          <w:bCs/>
          <w:sz w:val="22"/>
        </w:rPr>
      </w:pPr>
      <w:r w:rsidRPr="006901EF">
        <w:rPr>
          <w:b/>
          <w:sz w:val="22"/>
          <w:lang w:bidi="cy-GB" w:val="cy-GB"/>
        </w:rPr>
        <w:t xml:space="preserve">Dros amser, gall symud yn rheolaidd wella eich cryfder, eich egni a'ch iechyd cyffredinol.</w:t>
      </w:r>
    </w:p>
    <w:p xmlns:w="http://schemas.openxmlformats.org/wordprocessingml/2006/main" w14:paraId="37B16042" w14:textId="77777777" w:rsidR="006901EF" w:rsidRDefault="006901EF">
      <w:pPr>
        <w:pStyle w:val="Heading2"/>
        <w:spacing w:before="160" w:after="80"/>
      </w:pPr>
    </w:p>
    <w:p xmlns:w="http://schemas.openxmlformats.org/wordprocessingml/2006/main" w14:paraId="74372281" w14:textId="27836F02" w:rsidR="00237C1E" w:rsidRPr="007C3993" w:rsidRDefault="00DD7EB5" w:rsidP="007C3993">
      <w:pPr>
        <w:pStyle w:val="Heading2"/>
        <w:spacing w:before="160" w:after="80"/>
      </w:pPr>
      <w:r>
        <w:rPr>
          <w:lang w:bidi="cy-GB" w:val="cy-GB"/>
        </w:rPr>
        <w:t xml:space="preserve">Pam mae aros yn actif yn bwysig</w:t>
      </w:r>
    </w:p>
    <w:tbl xmlns:w="http://schemas.openxmlformats.org/wordprocessingml/2006/main"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8"/>
        <w:gridCol w:w="3544"/>
        <w:gridCol w:w="1985"/>
        <w:gridCol w:w="2731"/>
      </w:tblGrid>
      <w:tr w:rsidR="006901EF" w:rsidRPr="006901EF" w14:paraId="50FDA0EE" w14:textId="77777777" w:rsidTr="00711A7F">
        <w:trPr>
          <w:tblCellSpacing w:w="15" w:type="dxa"/>
        </w:trPr>
        <w:tc>
          <w:tcPr>
            <w:tcW w:w="228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0070C0"/>
            <w:vAlign w:val="center"/>
            <w:hideMark/>
          </w:tcPr>
          <w:p w14:paraId="68298CC7" w14:textId="1F849967" w:rsidR="006901EF" w:rsidRPr="00711A7F" w:rsidRDefault="006901EF" w:rsidP="006901EF">
            <w:pPr>
              <w:pStyle w:val="Heading2"/>
              <w:spacing w:before="160" w:after="80"/>
              <w:jc w:val="center"/>
              <w:rPr>
                <w:color w:val="FFFFFF" w:themeColor="background1"/>
                <w:lang w:val="en-GB"/>
              </w:rPr>
            </w:pPr>
            <w:r w:rsidRPr="00711A7F">
              <w:rPr>
                <w:color w:val="FFFFFF" w:themeColor="background1"/>
                <w:lang w:bidi="cy-GB" w:val="cy-GB"/>
              </w:rPr>
              <w:t xml:space="preserve">Corff</w:t>
            </w:r>
          </w:p>
        </w:tc>
        <w:tc>
          <w:tcPr>
            <w:tcW w:w="351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0070C0"/>
            <w:vAlign w:val="center"/>
            <w:hideMark/>
          </w:tcPr>
          <w:p w14:paraId="1D0AAA60" w14:textId="7019949B" w:rsidR="006901EF" w:rsidRPr="00711A7F" w:rsidRDefault="006901EF" w:rsidP="006901EF">
            <w:pPr>
              <w:pStyle w:val="Heading2"/>
              <w:spacing w:before="160" w:after="80"/>
              <w:jc w:val="center"/>
              <w:rPr>
                <w:color w:val="FFFFFF" w:themeColor="background1"/>
                <w:lang w:val="en-GB"/>
              </w:rPr>
            </w:pPr>
            <w:r w:rsidRPr="00711A7F">
              <w:rPr>
                <w:color w:val="FFFFFF" w:themeColor="background1"/>
                <w:lang w:bidi="cy-GB" w:val="cy-GB"/>
              </w:rPr>
              <w:t xml:space="preserve">Iechyd</w:t>
            </w:r>
          </w:p>
        </w:tc>
        <w:tc>
          <w:tcPr>
            <w:tcW w:w="19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0070C0"/>
            <w:vAlign w:val="center"/>
            <w:hideMark/>
          </w:tcPr>
          <w:p w14:paraId="3D36F6EC" w14:textId="28A3ABC2" w:rsidR="006901EF" w:rsidRPr="00711A7F" w:rsidRDefault="006901EF" w:rsidP="006901EF">
            <w:pPr>
              <w:pStyle w:val="Heading2"/>
              <w:spacing w:before="160" w:after="80"/>
              <w:jc w:val="center"/>
              <w:rPr>
                <w:color w:val="FFFFFF" w:themeColor="background1"/>
                <w:lang w:val="en-GB"/>
              </w:rPr>
            </w:pPr>
            <w:r w:rsidRPr="00711A7F">
              <w:rPr>
                <w:color w:val="FFFFFF" w:themeColor="background1"/>
                <w:lang w:bidi="cy-GB" w:val="cy-GB"/>
              </w:rPr>
              <w:t xml:space="preserve">Lles</w:t>
            </w:r>
          </w:p>
        </w:tc>
        <w:tc>
          <w:tcPr>
            <w:tcW w:w="268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0070C0"/>
            <w:vAlign w:val="center"/>
            <w:hideMark/>
          </w:tcPr>
          <w:p w14:paraId="00AB919B" w14:textId="015EBF2B" w:rsidR="006901EF" w:rsidRPr="00711A7F" w:rsidRDefault="006901EF" w:rsidP="006901EF">
            <w:pPr>
              <w:pStyle w:val="Heading2"/>
              <w:spacing w:before="160" w:after="80"/>
              <w:jc w:val="center"/>
              <w:rPr>
                <w:color w:val="FFFFFF" w:themeColor="background1"/>
                <w:lang w:val="en-GB"/>
              </w:rPr>
            </w:pPr>
            <w:r w:rsidRPr="00711A7F">
              <w:rPr>
                <w:color w:val="FFFFFF" w:themeColor="background1"/>
                <w:lang w:bidi="cy-GB" w:val="cy-GB"/>
              </w:rPr>
              <w:t xml:space="preserve">Adferiad</w:t>
            </w:r>
          </w:p>
        </w:tc>
      </w:tr>
      <w:tr w:rsidR="006901EF" w:rsidRPr="006901EF" w14:paraId="7CCB3A6F" w14:textId="77777777" w:rsidTr="006901EF">
        <w:trPr>
          <w:tblCellSpacing w:w="15" w:type="dxa"/>
        </w:trPr>
        <w:tc>
          <w:tcPr>
            <w:tcW w:w="228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139817" w14:textId="77777777" w:rsidR="006901EF" w:rsidRPr="00711A7F" w:rsidRDefault="006901EF" w:rsidP="006901EF">
            <w:pPr>
              <w:pStyle w:val="Heading2"/>
              <w:spacing w:before="160" w:after="80"/>
              <w:rPr>
                <w:rFonts w:ascii="Arial" w:hAnsi="Arial" w:cs="Arial"/>
                <w:b w:val="0"/>
                <w:bCs w:val="0"/>
                <w:color w:val="auto"/>
                <w:sz w:val="22"/>
                <w:szCs w:val="22"/>
                <w:lang w:val="en-GB"/>
              </w:rPr>
            </w:pPr>
            <w:r w:rsidRPr="00711A7F">
              <w:rPr>
                <w:b w:val="0"/>
                <w:rFonts w:ascii="Arial" w:hAnsi="Arial" w:cs="Arial" w:eastAsia="Arial" w:hint="Arial"/>
                <w:color w:val="auto"/>
                <w:sz w:val="22"/>
                <w:szCs w:val="22"/>
                <w:lang w:bidi="cy-GB" w:val="cy-GB"/>
              </w:rPr>
              <w:t xml:space="preserve">Yn adeiladu cryfder</w:t>
            </w:r>
          </w:p>
        </w:tc>
        <w:tc>
          <w:tcPr>
            <w:tcW w:w="351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BE7030" w14:textId="77777777" w:rsidR="006901EF" w:rsidRPr="00711A7F" w:rsidRDefault="006901EF" w:rsidP="006901EF">
            <w:pPr>
              <w:pStyle w:val="Heading2"/>
              <w:spacing w:before="160" w:after="80"/>
              <w:rPr>
                <w:rFonts w:ascii="Arial" w:hAnsi="Arial" w:cs="Arial"/>
                <w:b w:val="0"/>
                <w:bCs w:val="0"/>
                <w:color w:val="auto"/>
                <w:sz w:val="22"/>
                <w:szCs w:val="22"/>
                <w:lang w:val="en-GB"/>
              </w:rPr>
            </w:pPr>
            <w:r w:rsidRPr="00711A7F">
              <w:rPr>
                <w:b w:val="0"/>
                <w:rFonts w:ascii="Arial" w:hAnsi="Arial" w:cs="Arial" w:eastAsia="Arial" w:hint="Arial"/>
                <w:color w:val="auto"/>
                <w:sz w:val="22"/>
                <w:szCs w:val="22"/>
                <w:lang w:bidi="cy-GB" w:val="cy-GB"/>
              </w:rPr>
              <w:t xml:space="preserve">Yn gwella iechyd y galon a'r ysgyfaint</w:t>
            </w:r>
          </w:p>
        </w:tc>
        <w:tc>
          <w:tcPr>
            <w:tcW w:w="19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E2C65E" w14:textId="77777777" w:rsidR="006901EF" w:rsidRPr="00711A7F" w:rsidRDefault="006901EF" w:rsidP="006901EF">
            <w:pPr>
              <w:pStyle w:val="Heading2"/>
              <w:spacing w:before="160" w:after="80"/>
              <w:rPr>
                <w:rFonts w:ascii="Arial" w:hAnsi="Arial" w:cs="Arial"/>
                <w:b w:val="0"/>
                <w:bCs w:val="0"/>
                <w:color w:val="auto"/>
                <w:sz w:val="22"/>
                <w:szCs w:val="22"/>
                <w:lang w:val="en-GB"/>
              </w:rPr>
            </w:pPr>
            <w:r w:rsidRPr="00711A7F">
              <w:rPr>
                <w:b w:val="0"/>
                <w:rFonts w:ascii="Arial" w:hAnsi="Arial" w:cs="Arial" w:eastAsia="Arial" w:hint="Arial"/>
                <w:color w:val="auto"/>
                <w:sz w:val="22"/>
                <w:szCs w:val="22"/>
                <w:lang w:bidi="cy-GB" w:val="cy-GB"/>
              </w:rPr>
              <w:t xml:space="preserve">Yn hybu hwyliau</w:t>
            </w:r>
          </w:p>
        </w:tc>
        <w:tc>
          <w:tcPr>
            <w:tcW w:w="268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E0D153" w14:textId="77777777" w:rsidR="006901EF" w:rsidRPr="00711A7F" w:rsidRDefault="006901EF" w:rsidP="006901EF">
            <w:pPr>
              <w:pStyle w:val="Heading2"/>
              <w:spacing w:before="160" w:after="80"/>
              <w:rPr>
                <w:rFonts w:ascii="Arial" w:hAnsi="Arial" w:cs="Arial"/>
                <w:b w:val="0"/>
                <w:bCs w:val="0"/>
                <w:color w:val="auto"/>
                <w:sz w:val="22"/>
                <w:szCs w:val="22"/>
                <w:lang w:val="en-GB"/>
              </w:rPr>
            </w:pPr>
            <w:r w:rsidRPr="00711A7F">
              <w:rPr>
                <w:b w:val="0"/>
                <w:rFonts w:ascii="Arial" w:hAnsi="Arial" w:cs="Arial" w:eastAsia="Arial" w:hint="Arial"/>
                <w:color w:val="auto"/>
                <w:sz w:val="22"/>
                <w:szCs w:val="22"/>
                <w:lang w:bidi="cy-GB" w:val="cy-GB"/>
              </w:rPr>
              <w:t xml:space="preserve">Yn cefnogi adferiad ar ôl triniaeth</w:t>
            </w:r>
          </w:p>
        </w:tc>
      </w:tr>
      <w:tr w:rsidR="006901EF" w:rsidRPr="006901EF" w14:paraId="02E46BDA" w14:textId="77777777" w:rsidTr="006901EF">
        <w:trPr>
          <w:tblCellSpacing w:w="15" w:type="dxa"/>
        </w:trPr>
        <w:tc>
          <w:tcPr>
            <w:tcW w:w="228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8DBA00" w14:textId="77777777" w:rsidR="006901EF" w:rsidRPr="00711A7F" w:rsidRDefault="006901EF" w:rsidP="006901EF">
            <w:pPr>
              <w:pStyle w:val="Heading2"/>
              <w:spacing w:before="160" w:after="80"/>
              <w:rPr>
                <w:rFonts w:ascii="Arial" w:hAnsi="Arial" w:cs="Arial"/>
                <w:b w:val="0"/>
                <w:bCs w:val="0"/>
                <w:color w:val="auto"/>
                <w:sz w:val="22"/>
                <w:szCs w:val="22"/>
                <w:lang w:val="en-GB"/>
              </w:rPr>
            </w:pPr>
            <w:r w:rsidRPr="00711A7F">
              <w:rPr>
                <w:b w:val="0"/>
                <w:rFonts w:ascii="Arial" w:hAnsi="Arial" w:cs="Arial" w:eastAsia="Arial" w:hint="Arial"/>
                <w:color w:val="auto"/>
                <w:sz w:val="22"/>
                <w:szCs w:val="22"/>
                <w:lang w:bidi="cy-GB" w:val="cy-GB"/>
              </w:rPr>
              <w:t xml:space="preserve">Yn gwella symudedd</w:t>
            </w:r>
          </w:p>
        </w:tc>
        <w:tc>
          <w:tcPr>
            <w:tcW w:w="351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254747" w14:textId="77777777" w:rsidR="006901EF" w:rsidRPr="00711A7F" w:rsidRDefault="006901EF" w:rsidP="006901EF">
            <w:pPr>
              <w:pStyle w:val="Heading2"/>
              <w:spacing w:before="160" w:after="80"/>
              <w:rPr>
                <w:rFonts w:ascii="Arial" w:hAnsi="Arial" w:cs="Arial"/>
                <w:b w:val="0"/>
                <w:bCs w:val="0"/>
                <w:color w:val="auto"/>
                <w:sz w:val="22"/>
                <w:szCs w:val="22"/>
                <w:lang w:val="en-GB"/>
              </w:rPr>
            </w:pPr>
            <w:r w:rsidRPr="00711A7F">
              <w:rPr>
                <w:b w:val="0"/>
                <w:rFonts w:ascii="Arial" w:hAnsi="Arial" w:cs="Arial" w:eastAsia="Arial" w:hint="Arial"/>
                <w:color w:val="auto"/>
                <w:sz w:val="22"/>
                <w:szCs w:val="22"/>
                <w:lang w:bidi="cy-GB" w:val="cy-GB"/>
              </w:rPr>
              <w:t xml:space="preserve">Yn helpu i reoli pwysau</w:t>
            </w:r>
          </w:p>
        </w:tc>
        <w:tc>
          <w:tcPr>
            <w:tcW w:w="19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2C27E3" w14:textId="77777777" w:rsidR="006901EF" w:rsidRPr="00711A7F" w:rsidRDefault="006901EF" w:rsidP="006901EF">
            <w:pPr>
              <w:pStyle w:val="Heading2"/>
              <w:spacing w:before="160" w:after="80"/>
              <w:rPr>
                <w:rFonts w:ascii="Arial" w:hAnsi="Arial" w:cs="Arial"/>
                <w:b w:val="0"/>
                <w:bCs w:val="0"/>
                <w:color w:val="auto"/>
                <w:sz w:val="22"/>
                <w:szCs w:val="22"/>
                <w:lang w:val="en-GB"/>
              </w:rPr>
            </w:pPr>
            <w:r w:rsidRPr="00711A7F">
              <w:rPr>
                <w:b w:val="0"/>
                <w:rFonts w:ascii="Arial" w:hAnsi="Arial" w:cs="Arial" w:eastAsia="Arial" w:hint="Arial"/>
                <w:color w:val="auto"/>
                <w:sz w:val="22"/>
                <w:szCs w:val="22"/>
                <w:lang w:bidi="cy-GB" w:val="cy-GB"/>
              </w:rPr>
              <w:t xml:space="preserve">Yn lleihau pryder</w:t>
            </w:r>
          </w:p>
        </w:tc>
        <w:tc>
          <w:tcPr>
            <w:tcW w:w="268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03190A" w14:textId="77777777" w:rsidR="006901EF" w:rsidRPr="00711A7F" w:rsidRDefault="006901EF" w:rsidP="006901EF">
            <w:pPr>
              <w:pStyle w:val="Heading2"/>
              <w:spacing w:before="160" w:after="80"/>
              <w:rPr>
                <w:rFonts w:ascii="Arial" w:hAnsi="Arial" w:cs="Arial"/>
                <w:b w:val="0"/>
                <w:bCs w:val="0"/>
                <w:color w:val="auto"/>
                <w:sz w:val="22"/>
                <w:szCs w:val="22"/>
                <w:lang w:val="en-GB"/>
              </w:rPr>
            </w:pPr>
            <w:r w:rsidRPr="00711A7F">
              <w:rPr>
                <w:b w:val="0"/>
                <w:rFonts w:ascii="Arial" w:hAnsi="Arial" w:cs="Arial" w:eastAsia="Arial" w:hint="Arial"/>
                <w:color w:val="auto"/>
                <w:sz w:val="22"/>
                <w:szCs w:val="22"/>
                <w:lang w:bidi="cy-GB" w:val="cy-GB"/>
              </w:rPr>
              <w:t xml:space="preserve">Yn atal colli ffitrwydd</w:t>
            </w:r>
          </w:p>
        </w:tc>
      </w:tr>
      <w:tr w:rsidR="006901EF" w:rsidRPr="006901EF" w14:paraId="73AAEDBB" w14:textId="77777777" w:rsidTr="006901EF">
        <w:trPr>
          <w:tblCellSpacing w:w="15" w:type="dxa"/>
        </w:trPr>
        <w:tc>
          <w:tcPr>
            <w:tcW w:w="228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0A4E29" w14:textId="77777777" w:rsidR="006901EF" w:rsidRPr="00711A7F" w:rsidRDefault="006901EF" w:rsidP="006901EF">
            <w:pPr>
              <w:pStyle w:val="Heading2"/>
              <w:spacing w:before="160" w:after="80"/>
              <w:rPr>
                <w:rFonts w:ascii="Arial" w:hAnsi="Arial" w:cs="Arial"/>
                <w:b w:val="0"/>
                <w:bCs w:val="0"/>
                <w:color w:val="auto"/>
                <w:sz w:val="22"/>
                <w:szCs w:val="22"/>
                <w:lang w:val="en-GB"/>
              </w:rPr>
            </w:pPr>
            <w:r w:rsidRPr="00711A7F">
              <w:rPr>
                <w:b w:val="0"/>
                <w:rFonts w:ascii="Arial" w:hAnsi="Arial" w:cs="Arial" w:eastAsia="Arial" w:hint="Arial"/>
                <w:color w:val="auto"/>
                <w:sz w:val="22"/>
                <w:szCs w:val="22"/>
                <w:lang w:bidi="cy-GB" w:val="cy-GB"/>
              </w:rPr>
              <w:t xml:space="preserve">Yn gwella cydbwysedd</w:t>
            </w:r>
          </w:p>
        </w:tc>
        <w:tc>
          <w:tcPr>
            <w:tcW w:w="351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6524B4" w14:textId="77777777" w:rsidR="006901EF" w:rsidRPr="00711A7F" w:rsidRDefault="006901EF" w:rsidP="006901EF">
            <w:pPr>
              <w:pStyle w:val="Heading2"/>
              <w:spacing w:before="160" w:after="80"/>
              <w:rPr>
                <w:rFonts w:ascii="Arial" w:hAnsi="Arial" w:cs="Arial"/>
                <w:b w:val="0"/>
                <w:bCs w:val="0"/>
                <w:color w:val="auto"/>
                <w:sz w:val="22"/>
                <w:szCs w:val="22"/>
                <w:lang w:val="en-GB"/>
              </w:rPr>
            </w:pPr>
            <w:r w:rsidRPr="00711A7F">
              <w:rPr>
                <w:b w:val="0"/>
                <w:rFonts w:ascii="Arial" w:hAnsi="Arial" w:cs="Arial" w:eastAsia="Arial" w:hint="Arial"/>
                <w:color w:val="auto"/>
                <w:sz w:val="22"/>
                <w:szCs w:val="22"/>
                <w:lang w:bidi="cy-GB" w:val="cy-GB"/>
              </w:rPr>
              <w:t xml:space="preserve">Yn cefnogi iechyd hirdymor</w:t>
            </w:r>
          </w:p>
        </w:tc>
        <w:tc>
          <w:tcPr>
            <w:tcW w:w="19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3E0BDF" w14:textId="77777777" w:rsidR="006901EF" w:rsidRPr="00711A7F" w:rsidRDefault="006901EF" w:rsidP="006901EF">
            <w:pPr>
              <w:pStyle w:val="Heading2"/>
              <w:spacing w:before="160" w:after="80"/>
              <w:rPr>
                <w:rFonts w:ascii="Arial" w:hAnsi="Arial" w:cs="Arial"/>
                <w:b w:val="0"/>
                <w:bCs w:val="0"/>
                <w:color w:val="auto"/>
                <w:sz w:val="22"/>
                <w:szCs w:val="22"/>
                <w:lang w:val="en-GB"/>
              </w:rPr>
            </w:pPr>
            <w:r w:rsidRPr="00711A7F">
              <w:rPr>
                <w:b w:val="0"/>
                <w:rFonts w:ascii="Arial" w:hAnsi="Arial" w:cs="Arial" w:eastAsia="Arial" w:hint="Arial"/>
                <w:color w:val="auto"/>
                <w:sz w:val="22"/>
                <w:szCs w:val="22"/>
                <w:lang w:bidi="cy-GB" w:val="cy-GB"/>
              </w:rPr>
              <w:t xml:space="preserve">Yn gwella cwsg</w:t>
            </w:r>
          </w:p>
        </w:tc>
        <w:tc>
          <w:tcPr>
            <w:tcW w:w="268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5A34DD" w14:textId="77777777" w:rsidR="006901EF" w:rsidRPr="00711A7F" w:rsidRDefault="006901EF" w:rsidP="006901EF">
            <w:pPr>
              <w:pStyle w:val="Heading2"/>
              <w:spacing w:before="160" w:after="80"/>
              <w:rPr>
                <w:rFonts w:ascii="Arial" w:hAnsi="Arial" w:cs="Arial"/>
                <w:b w:val="0"/>
                <w:bCs w:val="0"/>
                <w:color w:val="auto"/>
                <w:sz w:val="22"/>
                <w:szCs w:val="22"/>
                <w:lang w:val="en-GB"/>
              </w:rPr>
            </w:pPr>
            <w:r w:rsidRPr="00711A7F">
              <w:rPr>
                <w:b w:val="0"/>
                <w:rFonts w:ascii="Arial" w:hAnsi="Arial" w:cs="Arial" w:eastAsia="Arial" w:hint="Arial"/>
                <w:color w:val="auto"/>
                <w:sz w:val="22"/>
                <w:szCs w:val="22"/>
                <w:lang w:bidi="cy-GB" w:val="cy-GB"/>
              </w:rPr>
              <w:t xml:space="preserve">Yn cynnal hyder</w:t>
            </w:r>
          </w:p>
        </w:tc>
      </w:tr>
    </w:tbl>
    <w:p xmlns:w="http://schemas.openxmlformats.org/wordprocessingml/2006/main" w14:paraId="1FA0999F" w14:textId="77777777" w:rsidR="00E9091A" w:rsidRDefault="00E9091A">
      <w:pPr>
        <w:pStyle w:val="Heading2"/>
        <w:spacing w:before="160" w:after="80"/>
      </w:pPr>
    </w:p>
    <w:p xmlns:w="http://schemas.openxmlformats.org/wordprocessingml/2006/main" w14:paraId="3F8132E4" w14:textId="31E46373" w:rsidR="00237C1E" w:rsidRDefault="1E48332D">
      <w:pPr>
        <w:pStyle w:val="Heading2"/>
        <w:spacing w:before="160" w:after="80"/>
      </w:pPr>
      <w:r w:rsidRPr="1E48332D">
        <w:rPr>
          <w:lang w:bidi="cy-GB" w:val="cy-GB"/>
        </w:rPr>
        <w:t xml:space="preserve">Faint ddylwn i ei wneud?</w:t>
      </w:r>
    </w:p>
    <w:p xmlns:w="http://schemas.openxmlformats.org/wordprocessingml/2006/main" w14:paraId="531F6E9A" w14:textId="04538FEA" w:rsidR="00237C1E" w:rsidRDefault="1E48332D">
      <w:pPr>
        <w:spacing w:after="80"/>
        <w:rPr>
          <w:sz w:val="22"/>
        </w:rPr>
      </w:pPr>
      <w:r w:rsidRPr="00AC28D9">
        <w:rPr>
          <w:sz w:val="22"/>
          <w:lang w:bidi="cy-GB" w:val="cy-GB"/>
        </w:rPr>
        <w:t xml:space="preserve">Mae canllawiau cenedlaethol yn awgrymu y dylai oedolion anelu at </w:t>
      </w:r>
      <w:r w:rsidRPr="00AC28D9">
        <w:rPr>
          <w:b/>
          <w:sz w:val="22"/>
          <w:lang w:bidi="cy-GB" w:val="cy-GB"/>
        </w:rPr>
        <w:t xml:space="preserve">150 munud o weithgarwch cymedrol bob wythnos</w:t>
      </w:r>
      <w:r w:rsidRPr="00AC28D9">
        <w:rPr>
          <w:sz w:val="22"/>
          <w:lang w:bidi="cy-GB" w:val="cy-GB"/>
        </w:rPr>
        <w:t xml:space="preserve"> fel cerdded yn gyflym, 75 munud o weithgarwch egnïol, neu gyfuniad o'r ddau. Argymhellir gweithgareddau cryfder a chydbwysedd o leiaf ddwywaith yr wythnos hefyd. Os yw hyn yn teimlo'n ormod, dechreuwch gyda'r hyn y gallwch chi ei reoli ac adeiladwch yn araf.</w:t>
      </w:r>
    </w:p>
    <w:p xmlns:w="http://schemas.openxmlformats.org/wordprocessingml/2006/main" w14:paraId="2A226639" w14:textId="77777777" w:rsidR="00711A7F" w:rsidRPr="00AC28D9" w:rsidRDefault="00711A7F">
      <w:pPr>
        <w:spacing w:after="80"/>
        <w:rPr>
          <w:sz w:val="22"/>
        </w:rPr>
      </w:pPr>
    </w:p>
    <w:p xmlns:w="http://schemas.openxmlformats.org/wordprocessingml/2006/main" w14:paraId="4FE183D8" w14:textId="77777777" w:rsidR="00237C1E" w:rsidRDefault="00DD7EB5">
      <w:pPr>
        <w:pStyle w:val="Heading2"/>
        <w:spacing w:before="160" w:after="80"/>
      </w:pPr>
      <w:r>
        <w:rPr>
          <w:lang w:bidi="cy-GB" w:val="cy-GB"/>
        </w:rPr>
        <w:t xml:space="preserve">Pa weithgareddau alla i eu gwneud?</w:t>
      </w:r>
    </w:p>
    <w:tbl xmlns:w="http://schemas.openxmlformats.org/wordprocessingml/2006/main"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618"/>
        <w:gridCol w:w="3619"/>
        <w:gridCol w:w="3619"/>
      </w:tblGrid>
      <w:tr w:rsidR="00237C1E" w14:paraId="104E2190" w14:textId="77777777" w:rsidTr="00711A7F">
        <w:trPr>
          <w:jc w:val="center"/>
        </w:trPr>
        <w:tc>
          <w:tcPr>
            <w:tcW w:w="355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70C0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1FFFAFDD" w14:textId="77777777" w:rsidR="00237C1E" w:rsidRPr="00AC28D9" w:rsidRDefault="00DD7EB5">
            <w:pPr>
              <w:jc w:val="center"/>
              <w:rPr>
                <w:sz w:val="22"/>
              </w:rPr>
            </w:pPr>
            <w:r w:rsidRPr="00AC28D9">
              <w:rPr>
                <w:b/>
                <w:color w:val="FFFFFF"/>
                <w:sz w:val="22"/>
                <w:lang w:bidi="cy-GB" w:val="cy-GB"/>
              </w:rPr>
              <w:t xml:space="preserve">Dechreuwch yma: cryfder a gweithgareddau cartref</w:t>
            </w:r>
          </w:p>
        </w:tc>
        <w:tc>
          <w:tcPr>
            <w:tcW w:w="355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70C0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29EFD6A8" w14:textId="77777777" w:rsidR="00237C1E" w:rsidRPr="00AC28D9" w:rsidRDefault="00DD7EB5">
            <w:pPr>
              <w:jc w:val="center"/>
              <w:rPr>
                <w:sz w:val="22"/>
              </w:rPr>
            </w:pPr>
            <w:r w:rsidRPr="00AC28D9">
              <w:rPr>
                <w:b/>
                <w:color w:val="FFFFFF"/>
                <w:sz w:val="22"/>
                <w:lang w:bidi="cy-GB" w:val="cy-GB"/>
              </w:rPr>
              <w:t xml:space="preserve">Gweithgareddau cardiofasgwlaidd</w:t>
            </w:r>
          </w:p>
        </w:tc>
        <w:tc>
          <w:tcPr>
            <w:tcW w:w="355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70C0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97A48F0" w14:textId="77777777" w:rsidR="00237C1E" w:rsidRPr="00AC28D9" w:rsidRDefault="00DD7EB5">
            <w:pPr>
              <w:jc w:val="center"/>
              <w:rPr>
                <w:sz w:val="22"/>
              </w:rPr>
            </w:pPr>
            <w:r w:rsidRPr="00AC28D9">
              <w:rPr>
                <w:b/>
                <w:color w:val="FFFFFF"/>
                <w:sz w:val="22"/>
                <w:lang w:bidi="cy-GB" w:val="cy-GB"/>
              </w:rPr>
              <w:t xml:space="preserve">Cryfder a chydbwysedd</w:t>
            </w:r>
          </w:p>
        </w:tc>
      </w:tr>
      <w:tr w:rsidR="00237C1E" w14:paraId="0512F49C" w14:textId="77777777" w:rsidTr="1E48332D">
        <w:trPr>
          <w:jc w:val="center"/>
        </w:trPr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7C5779" w14:textId="77777777" w:rsidR="00237C1E" w:rsidRPr="00AC28D9" w:rsidRDefault="00DD7EB5">
            <w:pPr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Eistedd-i-sefyll gan ddefnyddio cadair</w:t>
            </w: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372782" w14:textId="77777777" w:rsidR="00237C1E" w:rsidRPr="00AC28D9" w:rsidRDefault="00DD7EB5">
            <w:pPr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Cerdded</w:t>
            </w: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C90FC3" w14:textId="77777777" w:rsidR="00237C1E" w:rsidRPr="00AC28D9" w:rsidRDefault="00DD7EB5">
            <w:pPr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Pilates</w:t>
            </w:r>
          </w:p>
        </w:tc>
      </w:tr>
      <w:tr w:rsidR="00237C1E" w14:paraId="27608366" w14:textId="77777777" w:rsidTr="1E48332D">
        <w:trPr>
          <w:jc w:val="center"/>
        </w:trPr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5F502E" w14:textId="77777777" w:rsidR="00237C1E" w:rsidRPr="00AC28D9" w:rsidRDefault="00DD7EB5">
            <w:pPr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Gorymdeithio ar y fan a'r lle</w:t>
            </w: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FC39C7" w14:textId="77777777" w:rsidR="00237C1E" w:rsidRPr="00AC28D9" w:rsidRDefault="00DD7EB5">
            <w:pPr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Seiclo</w:t>
            </w: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AF23CC" w14:textId="77777777" w:rsidR="00237C1E" w:rsidRPr="00AC28D9" w:rsidRDefault="00DD7EB5">
            <w:pPr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Ioga</w:t>
            </w:r>
          </w:p>
        </w:tc>
      </w:tr>
      <w:tr w:rsidR="00237C1E" w14:paraId="501DA3EF" w14:textId="77777777" w:rsidTr="1E48332D">
        <w:trPr>
          <w:jc w:val="center"/>
        </w:trPr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89A367" w14:textId="77777777" w:rsidR="00237C1E" w:rsidRPr="00AC28D9" w:rsidRDefault="00DD7EB5">
            <w:pPr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Camau i fyny ar y grisiau</w:t>
            </w: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950121" w14:textId="77777777" w:rsidR="00237C1E" w:rsidRPr="00AC28D9" w:rsidRDefault="00DD7EB5">
            <w:pPr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Nofio</w:t>
            </w: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F3A93A" w14:textId="77777777" w:rsidR="00237C1E" w:rsidRPr="00AC28D9" w:rsidRDefault="00DD7EB5">
            <w:pPr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Tai Chi</w:t>
            </w:r>
          </w:p>
        </w:tc>
      </w:tr>
      <w:tr w:rsidR="00237C1E" w14:paraId="0DC656A2" w14:textId="77777777" w:rsidTr="1E48332D">
        <w:trPr>
          <w:jc w:val="center"/>
        </w:trPr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0EF352" w14:textId="77777777" w:rsidR="00237C1E" w:rsidRPr="00AC28D9" w:rsidRDefault="00DD7EB5">
            <w:pPr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Pwysau ysgafn fel tuniau neu fagiau o siwgr</w:t>
            </w: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A98A4E" w14:textId="77777777" w:rsidR="00237C1E" w:rsidRPr="00AC28D9" w:rsidRDefault="00DD7EB5">
            <w:pPr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Dawnsio</w:t>
            </w: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781607" w14:textId="77777777" w:rsidR="00237C1E" w:rsidRPr="00AC28D9" w:rsidRDefault="00DD7EB5">
            <w:pPr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Ymarferion mewn cadair</w:t>
            </w:r>
          </w:p>
        </w:tc>
      </w:tr>
      <w:tr w:rsidR="00237C1E" w14:paraId="610064DE" w14:textId="77777777" w:rsidTr="1E48332D">
        <w:trPr>
          <w:jc w:val="center"/>
        </w:trPr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CFC9E0" w14:textId="77777777" w:rsidR="00237C1E" w:rsidRPr="00AC28D9" w:rsidRDefault="00DD7EB5">
            <w:pPr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Bandiau gwrthiant</w:t>
            </w: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7E67FD" w14:textId="77777777" w:rsidR="00237C1E" w:rsidRPr="00AC28D9" w:rsidRDefault="00DD7EB5">
            <w:pPr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Garddio neu waith tŷ</w:t>
            </w: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AB5C1A" w14:textId="77777777" w:rsidR="00237C1E" w:rsidRPr="00AC28D9" w:rsidRDefault="00DD7EB5">
            <w:pPr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Ymarferion cartref</w:t>
            </w:r>
          </w:p>
        </w:tc>
      </w:tr>
      <w:tr w:rsidR="00237C1E" w14:paraId="0B0E75ED" w14:textId="77777777" w:rsidTr="1E48332D">
        <w:trPr>
          <w:jc w:val="center"/>
        </w:trPr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23AB4E" w14:textId="77777777" w:rsidR="00237C1E" w:rsidRPr="00AC28D9" w:rsidRDefault="00DD7EB5">
            <w:pPr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Gwthio i fyny wal</w:t>
            </w: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8B4BF5" w14:textId="77777777" w:rsidR="00237C1E" w:rsidRPr="00AC28D9" w:rsidRDefault="1E48332D">
            <w:pPr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Cymryd y grisiau</w:t>
            </w:r>
            <w:bookmarkStart w:id="0" w:name="_Int_5xuoCf24"/>
            <w:r w:rsidRPr="00AC28D9">
              <w:rPr>
                <w:sz w:val="22"/>
                <w:lang w:bidi="cy-GB" w:val="cy-GB"/>
              </w:rPr>
              <w:t xml:space="preserve"> ble mae’n</w:t>
            </w:r>
            <w:bookmarkEnd w:id="0"/>
            <w:r w:rsidRPr="00AC28D9">
              <w:rPr>
                <w:sz w:val="22"/>
                <w:lang w:bidi="cy-GB" w:val="cy-GB"/>
              </w:rPr>
              <w:t xml:space="preserve"> ddiogel</w:t>
            </w: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7C926F" w14:textId="77777777" w:rsidR="00237C1E" w:rsidRPr="00AC28D9" w:rsidRDefault="00DD7EB5">
            <w:pPr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Ymarferion cydbwysedd syml</w:t>
            </w:r>
          </w:p>
        </w:tc>
      </w:tr>
      <w:tr w:rsidR="00237C1E" w14:paraId="7CF55AC7" w14:textId="77777777" w:rsidTr="1E48332D">
        <w:trPr>
          <w:jc w:val="center"/>
        </w:trPr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2A6659" w14:textId="77777777" w:rsidR="00237C1E" w:rsidRPr="00AC28D9" w:rsidRDefault="00237C1E">
            <w:pPr>
              <w:rPr>
                <w:sz w:val="22"/>
              </w:rPr>
            </w:pP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379DF0" w14:textId="77777777" w:rsidR="00237C1E" w:rsidRPr="00AC28D9" w:rsidRDefault="00DD7EB5">
            <w:pPr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Dosbarthiadau ffitrwydd lleol</w:t>
            </w: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37501D" w14:textId="77777777" w:rsidR="00237C1E" w:rsidRPr="00AC28D9" w:rsidRDefault="00237C1E">
            <w:pPr>
              <w:rPr>
                <w:sz w:val="22"/>
              </w:rPr>
            </w:pPr>
          </w:p>
        </w:tc>
      </w:tr>
    </w:tbl>
    <w:p xmlns:w="http://schemas.openxmlformats.org/wordprocessingml/2006/main" w14:paraId="38392F3D" w14:textId="7185C208" w:rsidR="00237C1E" w:rsidRDefault="09E97268">
      <w:pPr>
        <w:pStyle w:val="Heading2"/>
        <w:spacing w:before="160" w:after="80"/>
      </w:pPr>
      <w:r w:rsidRPr="1E48332D">
        <w:rPr>
          <w:lang w:bidi="cy-GB" w:val="cy-GB"/>
        </w:rPr>
        <w:t xml:space="preserve">Awgrymiadau gorau ar gyfer llwyddiant</w:t>
      </w:r>
    </w:p>
    <w:p xmlns:w="http://schemas.openxmlformats.org/wordprocessingml/2006/main" w14:paraId="3BF4B350" w14:textId="50FCF13D" w:rsidR="00237C1E" w:rsidRPr="00AC28D9" w:rsidRDefault="09E97268" w:rsidP="1E48332D">
      <w:pPr>
        <w:pStyle w:val="ListParagraph"/>
        <w:numPr>
          <w:ilvl w:val="0"/>
          <w:numId w:val="1"/>
        </w:numPr>
        <w:rPr>
          <w:sz w:val="22"/>
        </w:rPr>
      </w:pPr>
      <w:r w:rsidRPr="00AC28D9">
        <w:rPr>
          <w:sz w:val="22"/>
          <w:lang w:bidi="cy-GB" w:val="cy-GB"/>
        </w:rPr>
        <w:t xml:space="preserve">Dechreuwch yn araf a symudwch ymlaen yn raddol</w:t>
      </w:r>
    </w:p>
    <w:p xmlns:w="http://schemas.openxmlformats.org/wordprocessingml/2006/main" w14:paraId="266F5B16" w14:textId="4AE03F05" w:rsidR="00237C1E" w:rsidRPr="00AC28D9" w:rsidRDefault="09E97268" w:rsidP="1E48332D">
      <w:pPr>
        <w:pStyle w:val="ListParagraph"/>
        <w:numPr>
          <w:ilvl w:val="0"/>
          <w:numId w:val="1"/>
        </w:numPr>
        <w:rPr>
          <w:sz w:val="22"/>
        </w:rPr>
      </w:pPr>
      <w:r w:rsidRPr="00AC28D9">
        <w:rPr>
          <w:sz w:val="22"/>
          <w:lang w:bidi="cy-GB" w:val="cy-GB"/>
        </w:rPr>
        <w:t xml:space="preserve">Cynhesu ac oeri</w:t>
      </w:r>
    </w:p>
    <w:p xmlns:w="http://schemas.openxmlformats.org/wordprocessingml/2006/main" w14:paraId="10508A41" w14:textId="6BDDD6E4" w:rsidR="00237C1E" w:rsidRPr="00AC28D9" w:rsidRDefault="09E97268" w:rsidP="1E48332D">
      <w:pPr>
        <w:pStyle w:val="ListParagraph"/>
        <w:numPr>
          <w:ilvl w:val="0"/>
          <w:numId w:val="1"/>
        </w:numPr>
        <w:rPr>
          <w:sz w:val="22"/>
        </w:rPr>
      </w:pPr>
      <w:r w:rsidRPr="00AC28D9">
        <w:rPr>
          <w:sz w:val="22"/>
          <w:lang w:bidi="cy-GB" w:val="cy-GB"/>
        </w:rPr>
        <w:t xml:space="preserve">Cymerwch seibiannau pan fo angen</w:t>
      </w:r>
    </w:p>
    <w:p xmlns:w="http://schemas.openxmlformats.org/wordprocessingml/2006/main" w14:paraId="3ED8C016" w14:textId="0CC6165E" w:rsidR="00237C1E" w:rsidRPr="00AC28D9" w:rsidRDefault="09E97268" w:rsidP="1E48332D">
      <w:pPr>
        <w:pStyle w:val="ListParagraph"/>
        <w:numPr>
          <w:ilvl w:val="0"/>
          <w:numId w:val="1"/>
        </w:numPr>
        <w:rPr>
          <w:sz w:val="22"/>
        </w:rPr>
      </w:pPr>
      <w:r w:rsidRPr="00AC28D9">
        <w:rPr>
          <w:sz w:val="22"/>
          <w:lang w:bidi="cy-GB" w:val="cy-GB"/>
        </w:rPr>
        <w:t xml:space="preserve">Gosodwch nodau realistig</w:t>
      </w:r>
    </w:p>
    <w:p xmlns:w="http://schemas.openxmlformats.org/wordprocessingml/2006/main" w14:paraId="5217AD7D" w14:textId="77777777" w:rsidR="00711A7F" w:rsidRDefault="00711A7F">
      <w:pPr>
        <w:pStyle w:val="Heading2"/>
        <w:spacing w:before="160" w:after="80"/>
      </w:pPr>
    </w:p>
    <w:p xmlns:w="http://schemas.openxmlformats.org/wordprocessingml/2006/main" w14:paraId="5F26F01B" w14:textId="121F33EC" w:rsidR="00237C1E" w:rsidRDefault="1E48332D">
      <w:pPr>
        <w:pStyle w:val="Heading2"/>
        <w:spacing w:before="160" w:after="80"/>
      </w:pPr>
      <w:r w:rsidRPr="1E48332D">
        <w:rPr>
          <w:lang w:bidi="cy-GB" w:val="cy-GB"/>
        </w:rPr>
        <w:t xml:space="preserve">Cynllun bach ar gyfer yr wythnos hon</w:t>
      </w:r>
    </w:p>
    <w:p xmlns:w="http://schemas.openxmlformats.org/wordprocessingml/2006/main" w14:paraId="0603C4B7" w14:textId="77777777" w:rsidR="00237C1E" w:rsidRPr="00AC28D9" w:rsidRDefault="00DD7EB5">
      <w:pPr>
        <w:spacing w:after="80"/>
        <w:rPr>
          <w:sz w:val="22"/>
        </w:rPr>
      </w:pPr>
      <w:r w:rsidRPr="00AC28D9">
        <w:rPr>
          <w:sz w:val="22"/>
          <w:lang w:bidi="cy-GB" w:val="cy-GB"/>
        </w:rPr>
        <w:t xml:space="preserve">Dewiswch un neu ddau o weithgareddau sy'n teimlo'n gyraeddadwy a'u hysgrifennu i lawr. Mae camau bach, realistig yn aml yn haws i'w parhau.</w:t>
      </w:r>
    </w:p>
    <w:tbl xmlns:w="http://schemas.openxmlformats.org/wordprocessingml/2006/main"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618"/>
        <w:gridCol w:w="3619"/>
        <w:gridCol w:w="3619"/>
      </w:tblGrid>
      <w:tr w:rsidR="00237C1E" w:rsidRPr="00AC28D9" w14:paraId="43CE0954" w14:textId="77777777" w:rsidTr="00711A7F">
        <w:tc>
          <w:tcPr>
            <w:tcW w:w="355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7BD06" w14:textId="77777777" w:rsidR="00237C1E" w:rsidRPr="00AC28D9" w:rsidRDefault="00DD7EB5">
            <w:pPr>
              <w:jc w:val="center"/>
              <w:rPr>
                <w:sz w:val="22"/>
              </w:rPr>
            </w:pPr>
            <w:r w:rsidRPr="00AC28D9">
              <w:rPr>
                <w:b/>
                <w:color w:val="FFFFFF"/>
                <w:sz w:val="22"/>
                <w:lang w:bidi="cy-GB" w:val="cy-GB"/>
              </w:rPr>
              <w:t xml:space="preserve">Diwrnod</w:t>
            </w:r>
          </w:p>
        </w:tc>
        <w:tc>
          <w:tcPr>
            <w:tcW w:w="355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6307E" w14:textId="77777777" w:rsidR="00237C1E" w:rsidRPr="00AC28D9" w:rsidRDefault="00DD7EB5">
            <w:pPr>
              <w:jc w:val="center"/>
              <w:rPr>
                <w:sz w:val="22"/>
              </w:rPr>
            </w:pPr>
            <w:r w:rsidRPr="00AC28D9">
              <w:rPr>
                <w:b/>
                <w:color w:val="FFFFFF"/>
                <w:sz w:val="22"/>
                <w:lang w:bidi="cy-GB" w:val="cy-GB"/>
              </w:rPr>
              <w:t xml:space="preserve">Beth fydda i’n ei geisio</w:t>
            </w:r>
          </w:p>
        </w:tc>
        <w:tc>
          <w:tcPr>
            <w:tcW w:w="355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33AF2" w14:textId="77777777" w:rsidR="00237C1E" w:rsidRPr="00AC28D9" w:rsidRDefault="00DD7EB5">
            <w:pPr>
              <w:jc w:val="center"/>
              <w:rPr>
                <w:sz w:val="22"/>
              </w:rPr>
            </w:pPr>
            <w:r w:rsidRPr="00AC28D9">
              <w:rPr>
                <w:b/>
                <w:color w:val="FFFFFF"/>
                <w:sz w:val="22"/>
                <w:lang w:bidi="cy-GB" w:val="cy-GB"/>
              </w:rPr>
              <w:t xml:space="preserve">Wedi'i gwblhau</w:t>
            </w:r>
          </w:p>
        </w:tc>
      </w:tr>
      <w:tr w:rsidR="00237C1E" w:rsidRPr="00AC28D9" w14:paraId="34F8AC68" w14:textId="77777777">
        <w:tc>
          <w:tcPr>
            <w:tcW w:w="3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4" w:type="dxa"/>
              <w:left w:w="100" w:type="dxa"/>
              <w:bottom w:w="114" w:type="dxa"/>
              <w:right w:w="100" w:type="dxa"/>
            </w:tcMar>
            <w:vAlign w:val="center"/>
          </w:tcPr>
          <w:p w14:paraId="12DC4152" w14:textId="77777777" w:rsidR="00237C1E" w:rsidRPr="00AC28D9" w:rsidRDefault="00DD7EB5">
            <w:pPr>
              <w:jc w:val="center"/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Diwrnod 1</w:t>
            </w:r>
          </w:p>
        </w:tc>
        <w:tc>
          <w:tcPr>
            <w:tcW w:w="3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4" w:type="dxa"/>
              <w:left w:w="100" w:type="dxa"/>
              <w:bottom w:w="114" w:type="dxa"/>
              <w:right w:w="100" w:type="dxa"/>
            </w:tcMar>
            <w:vAlign w:val="center"/>
          </w:tcPr>
          <w:p w14:paraId="29D6B04F" w14:textId="77777777" w:rsidR="00237C1E" w:rsidRPr="00AC28D9" w:rsidRDefault="00DD7EB5">
            <w:pPr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 </w:t>
            </w:r>
          </w:p>
        </w:tc>
        <w:tc>
          <w:tcPr>
            <w:tcW w:w="3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4" w:type="dxa"/>
              <w:left w:w="100" w:type="dxa"/>
              <w:bottom w:w="114" w:type="dxa"/>
              <w:right w:w="100" w:type="dxa"/>
            </w:tcMar>
            <w:vAlign w:val="center"/>
          </w:tcPr>
          <w:p w14:paraId="1FCEA181" w14:textId="77777777" w:rsidR="00237C1E" w:rsidRPr="00AC28D9" w:rsidRDefault="00DD7EB5">
            <w:pPr>
              <w:jc w:val="center"/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Ydy / Ddim eto</w:t>
            </w:r>
          </w:p>
        </w:tc>
      </w:tr>
      <w:tr w:rsidR="00237C1E" w:rsidRPr="00AC28D9" w14:paraId="2F4B1F5C" w14:textId="77777777">
        <w:tc>
          <w:tcPr>
            <w:tcW w:w="3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4" w:type="dxa"/>
              <w:left w:w="100" w:type="dxa"/>
              <w:bottom w:w="114" w:type="dxa"/>
              <w:right w:w="100" w:type="dxa"/>
            </w:tcMar>
            <w:vAlign w:val="center"/>
          </w:tcPr>
          <w:p w14:paraId="75B1E07C" w14:textId="77777777" w:rsidR="00237C1E" w:rsidRPr="00AC28D9" w:rsidRDefault="00DD7EB5">
            <w:pPr>
              <w:jc w:val="center"/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Diwrnod 2</w:t>
            </w:r>
          </w:p>
        </w:tc>
        <w:tc>
          <w:tcPr>
            <w:tcW w:w="3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4" w:type="dxa"/>
              <w:left w:w="100" w:type="dxa"/>
              <w:bottom w:w="114" w:type="dxa"/>
              <w:right w:w="100" w:type="dxa"/>
            </w:tcMar>
            <w:vAlign w:val="center"/>
          </w:tcPr>
          <w:p w14:paraId="0A6959E7" w14:textId="77777777" w:rsidR="00237C1E" w:rsidRPr="00AC28D9" w:rsidRDefault="00DD7EB5">
            <w:pPr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 </w:t>
            </w:r>
          </w:p>
        </w:tc>
        <w:tc>
          <w:tcPr>
            <w:tcW w:w="3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4" w:type="dxa"/>
              <w:left w:w="100" w:type="dxa"/>
              <w:bottom w:w="114" w:type="dxa"/>
              <w:right w:w="100" w:type="dxa"/>
            </w:tcMar>
            <w:vAlign w:val="center"/>
          </w:tcPr>
          <w:p w14:paraId="668FB8F0" w14:textId="77777777" w:rsidR="00237C1E" w:rsidRPr="00AC28D9" w:rsidRDefault="00DD7EB5">
            <w:pPr>
              <w:jc w:val="center"/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Ydy / Ddim eto</w:t>
            </w:r>
          </w:p>
        </w:tc>
      </w:tr>
      <w:tr w:rsidR="00237C1E" w:rsidRPr="00AC28D9" w14:paraId="3430BA5D" w14:textId="77777777">
        <w:tc>
          <w:tcPr>
            <w:tcW w:w="3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4" w:type="dxa"/>
              <w:left w:w="100" w:type="dxa"/>
              <w:bottom w:w="114" w:type="dxa"/>
              <w:right w:w="100" w:type="dxa"/>
            </w:tcMar>
            <w:vAlign w:val="center"/>
          </w:tcPr>
          <w:p w14:paraId="74A8B042" w14:textId="77777777" w:rsidR="00237C1E" w:rsidRPr="00AC28D9" w:rsidRDefault="00DD7EB5">
            <w:pPr>
              <w:jc w:val="center"/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Diwrnod 3</w:t>
            </w:r>
          </w:p>
        </w:tc>
        <w:tc>
          <w:tcPr>
            <w:tcW w:w="3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4" w:type="dxa"/>
              <w:left w:w="100" w:type="dxa"/>
              <w:bottom w:w="114" w:type="dxa"/>
              <w:right w:w="100" w:type="dxa"/>
            </w:tcMar>
            <w:vAlign w:val="center"/>
          </w:tcPr>
          <w:p w14:paraId="100C5B58" w14:textId="77777777" w:rsidR="00237C1E" w:rsidRPr="00AC28D9" w:rsidRDefault="00DD7EB5">
            <w:pPr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 </w:t>
            </w:r>
          </w:p>
        </w:tc>
        <w:tc>
          <w:tcPr>
            <w:tcW w:w="3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4" w:type="dxa"/>
              <w:left w:w="100" w:type="dxa"/>
              <w:bottom w:w="114" w:type="dxa"/>
              <w:right w:w="100" w:type="dxa"/>
            </w:tcMar>
            <w:vAlign w:val="center"/>
          </w:tcPr>
          <w:p w14:paraId="0B34F9A9" w14:textId="77777777" w:rsidR="00237C1E" w:rsidRPr="00AC28D9" w:rsidRDefault="00DD7EB5">
            <w:pPr>
              <w:jc w:val="center"/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Ydy / Ddim eto</w:t>
            </w:r>
          </w:p>
        </w:tc>
      </w:tr>
      <w:tr w:rsidR="00237C1E" w:rsidRPr="00AC28D9" w14:paraId="04C3BF65" w14:textId="77777777">
        <w:tc>
          <w:tcPr>
            <w:tcW w:w="3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4" w:type="dxa"/>
              <w:left w:w="100" w:type="dxa"/>
              <w:bottom w:w="114" w:type="dxa"/>
              <w:right w:w="100" w:type="dxa"/>
            </w:tcMar>
            <w:vAlign w:val="center"/>
          </w:tcPr>
          <w:p w14:paraId="0A9925D6" w14:textId="77777777" w:rsidR="00237C1E" w:rsidRPr="00AC28D9" w:rsidRDefault="00DD7EB5">
            <w:pPr>
              <w:jc w:val="center"/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Diwrnod 4</w:t>
            </w:r>
          </w:p>
        </w:tc>
        <w:tc>
          <w:tcPr>
            <w:tcW w:w="3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4" w:type="dxa"/>
              <w:left w:w="100" w:type="dxa"/>
              <w:bottom w:w="114" w:type="dxa"/>
              <w:right w:w="100" w:type="dxa"/>
            </w:tcMar>
            <w:vAlign w:val="center"/>
          </w:tcPr>
          <w:p w14:paraId="12F40E89" w14:textId="77777777" w:rsidR="00237C1E" w:rsidRPr="00AC28D9" w:rsidRDefault="00DD7EB5">
            <w:pPr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 </w:t>
            </w:r>
          </w:p>
        </w:tc>
        <w:tc>
          <w:tcPr>
            <w:tcW w:w="355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4" w:type="dxa"/>
              <w:left w:w="100" w:type="dxa"/>
              <w:bottom w:w="114" w:type="dxa"/>
              <w:right w:w="100" w:type="dxa"/>
            </w:tcMar>
            <w:vAlign w:val="center"/>
          </w:tcPr>
          <w:p w14:paraId="5EC3659F" w14:textId="77777777" w:rsidR="00237C1E" w:rsidRPr="00AC28D9" w:rsidRDefault="00DD7EB5">
            <w:pPr>
              <w:jc w:val="center"/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Ydy / Ddim eto</w:t>
            </w:r>
          </w:p>
        </w:tc>
      </w:tr>
    </w:tbl>
    <w:p xmlns:w="http://schemas.openxmlformats.org/wordprocessingml/2006/main" w14:paraId="6F4A5802" w14:textId="77777777" w:rsidR="00711A7F" w:rsidRDefault="00711A7F">
      <w:pPr>
        <w:pStyle w:val="Heading2"/>
        <w:spacing w:before="160" w:after="80"/>
      </w:pPr>
    </w:p>
    <w:p xmlns:w="http://schemas.openxmlformats.org/wordprocessingml/2006/main" w14:paraId="686A9E4B" w14:textId="281CADF5" w:rsidR="00237C1E" w:rsidRDefault="00DD7EB5">
      <w:pPr>
        <w:pStyle w:val="Heading2"/>
        <w:spacing w:before="160" w:after="80"/>
      </w:pPr>
      <w:r>
        <w:rPr>
          <w:lang w:bidi="cy-GB" w:val="cy-GB"/>
        </w:rPr>
        <w:t xml:space="preserve">Stopiwch a cheisiwch gyngor os ydych chi'n teimlo'n sâl</w:t>
      </w:r>
    </w:p>
    <w:tbl xmlns:w="http://schemas.openxmlformats.org/wordprocessingml/2006/main">
      <w:tblPr>
        <w:tblW w:w="5000" w:type="pct"/>
        <w:jc w:val="center"/>
        <w:tblLook w:val="04A0" w:firstRow="1" w:lastRow="0" w:firstColumn="1" w:lastColumn="0" w:noHBand="0" w:noVBand="1"/>
      </w:tblPr>
      <w:tblGrid>
        <w:gridCol w:w="10976"/>
      </w:tblGrid>
      <w:tr w:rsidR="00237C1E" w14:paraId="5F26E146" w14:textId="77777777">
        <w:trPr>
          <w:jc w:val="center"/>
        </w:trPr>
        <w:tc>
          <w:tcPr>
            <w:tcW w:w="10656" w:type="dxa"/>
            <w:tcBorders>
              <w:top w:val="single" w:sz="6" w:space="0" w:color="B7D6EA"/>
              <w:left w:val="single" w:sz="6" w:space="0" w:color="B7D6EA"/>
              <w:bottom w:val="single" w:sz="6" w:space="0" w:color="B7D6EA"/>
              <w:right w:val="single" w:sz="6" w:space="0" w:color="B7D6EA"/>
            </w:tcBorders>
            <w:shd w:val="clear" w:color="auto" w:fill="FDEDEC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6E6267FF" w14:textId="77777777" w:rsidR="00237C1E" w:rsidRDefault="00DD7EB5">
            <w:pPr>
              <w:spacing w:after="40"/>
            </w:pPr>
            <w:r>
              <w:rPr>
                <w:b/>
                <w:color w:val="005EB8"/>
                <w:sz w:val="22"/>
                <w:lang w:bidi="cy-GB" w:val="cy-GB"/>
              </w:rPr>
              <w:t xml:space="preserve">Stopiwch ymarfer corff a cheisiwch gyngor meddygol os byddwch chi'n profi:</w:t>
            </w:r>
          </w:p>
          <w:p w14:paraId="0E6B081F" w14:textId="77777777" w:rsidR="00237C1E" w:rsidRPr="00AC28D9" w:rsidRDefault="00DD7EB5">
            <w:pPr>
              <w:spacing w:after="0"/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Poen neu tyndra yn y frest, diffyg anadl difrifol, pendro neu lewygu, curiad calon afreolaidd, neu boen newydd neu boen sy'n gwaethygu.</w:t>
            </w:r>
          </w:p>
        </w:tc>
      </w:tr>
    </w:tbl>
    <w:p xmlns:w="http://schemas.openxmlformats.org/wordprocessingml/2006/main" w14:paraId="5DAB6C7B" w14:textId="77777777" w:rsidR="00237C1E" w:rsidRDefault="00DD7EB5">
      <w:r>
        <w:rPr>
          <w:lang w:bidi="cy-GB" w:val="cy-GB"/>
        </w:rPr>
        <w:br w:type="page"/>
      </w:r>
    </w:p>
    <w:p xmlns:w="http://schemas.openxmlformats.org/wordprocessingml/2006/main" w14:paraId="422F322D" w14:textId="7417765B" w:rsidR="00237C1E" w:rsidRDefault="1E48332D">
      <w:pPr>
        <w:pStyle w:val="Heading2"/>
        <w:spacing w:before="160" w:after="80"/>
      </w:pPr>
      <w:r w:rsidRPr="1E48332D">
        <w:rPr>
          <w:lang w:bidi="cy-GB" w:val="cy-GB"/>
        </w:rPr>
        <w:t xml:space="preserve">Adnoddau Ymarfer Corff - Sganiwch y codau QR</w:t>
      </w:r>
    </w:p>
    <w:p xmlns:w="http://schemas.openxmlformats.org/wordprocessingml/2006/main" w14:paraId="6775C931" w14:textId="77777777" w:rsidR="00237C1E" w:rsidRPr="00AC28D9" w:rsidRDefault="00DD7EB5">
      <w:pPr>
        <w:spacing w:after="80"/>
        <w:rPr>
          <w:sz w:val="22"/>
        </w:rPr>
      </w:pPr>
      <w:r w:rsidRPr="00AC28D9">
        <w:rPr>
          <w:sz w:val="22"/>
          <w:lang w:bidi="cy-GB" w:val="cy-GB"/>
        </w:rPr>
        <w:t xml:space="preserve">Sganiwch y codau QR isod gyda chamera eich ffôn i gael mynediad at adnoddau ymarfer corff dibynadwy i gefnogi eich iechyd a'ch adferiad.</w:t>
      </w:r>
    </w:p>
    <w:tbl xmlns:w="http://schemas.openxmlformats.org/wordprocessingml/2006/main">
      <w:tblPr>
        <w:tblW w:w="5000" w:type="pct"/>
        <w:jc w:val="center"/>
        <w:tblLook w:val="04A0" w:firstRow="1" w:lastRow="0" w:firstColumn="1" w:lastColumn="0" w:noHBand="0" w:noVBand="1"/>
      </w:tblPr>
      <w:tblGrid>
        <w:gridCol w:w="5438"/>
        <w:gridCol w:w="5438"/>
      </w:tblGrid>
      <w:tr w:rsidR="00237C1E" w14:paraId="2A97E025" w14:textId="77777777" w:rsidTr="1E48332D">
        <w:trPr>
          <w:jc w:val="center"/>
        </w:trPr>
        <w:tc>
          <w:tcPr>
            <w:tcW w:w="532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F2A58EC" w14:textId="77777777" w:rsidR="00237C1E" w:rsidRPr="00AC28D9" w:rsidRDefault="00DD7EB5">
            <w:pPr>
              <w:spacing w:after="40"/>
              <w:jc w:val="center"/>
              <w:rPr>
                <w:sz w:val="22"/>
              </w:rPr>
            </w:pPr>
            <w:r w:rsidRPr="00AC28D9">
              <w:rPr>
                <w:b/>
                <w:color w:val="005EB8"/>
                <w:sz w:val="22"/>
                <w:lang w:bidi="cy-GB" w:val="cy-GB"/>
              </w:rPr>
              <w:t xml:space="preserve">Fideos ymarfer corff yn y cartref</w:t>
            </w:r>
          </w:p>
          <w:p w14:paraId="5C583566" w14:textId="67B6F462" w:rsidR="00291E00" w:rsidRDefault="00DD7EB5" w:rsidP="00FF610D">
            <w:pPr>
              <w:spacing w:after="0"/>
              <w:jc w:val="center"/>
            </w:pPr>
            <w:r>
              <w:rPr>
                <w:noProof/>
                <w:lang w:bidi="cy-GB" w:val="cy-GB"/>
              </w:rPr>
              <w:drawing>
                <wp:inline xmlns:wp="http://schemas.openxmlformats.org/drawingml/2006/wordprocessingDrawing" distT="0" distB="0" distL="0" distR="0" wp14:anchorId="1BABFD16" wp14:editId="4DADC68C">
                  <wp:extent cx="1005840" cy="1005840"/>
                  <wp:effectExtent l="0" t="0" r="0" b="0"/>
                  <wp:docPr id="1" name="Picture 1" descr="QR code linking to home workout vide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QR code linking to home workout videos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06F67E" w14:textId="195B55F8" w:rsidR="00291E00" w:rsidRDefault="00291E00">
            <w:pPr>
              <w:spacing w:after="0"/>
              <w:jc w:val="center"/>
            </w:pPr>
            <w:r>
              <w:rPr>
                <w:lang w:bidi="cy-GB" w:val="cy-GB"/>
              </w:rPr>
              <w:t xml:space="preserve">Cod QR yn cysylltu â fideos ymarfer corff gartref</w:t>
            </w:r>
          </w:p>
          <w:p w14:paraId="02EB378F" w14:textId="77777777" w:rsidR="00291E00" w:rsidRDefault="00291E00">
            <w:pPr>
              <w:spacing w:after="0"/>
              <w:jc w:val="center"/>
            </w:pPr>
          </w:p>
        </w:tc>
        <w:tc>
          <w:tcPr>
            <w:tcW w:w="532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C517C9A" w14:textId="77777777" w:rsidR="00237C1E" w:rsidRPr="00AC28D9" w:rsidRDefault="00DD7EB5">
            <w:pPr>
              <w:spacing w:after="40"/>
              <w:jc w:val="center"/>
              <w:rPr>
                <w:sz w:val="22"/>
              </w:rPr>
            </w:pPr>
            <w:r w:rsidRPr="00AC28D9">
              <w:rPr>
                <w:b/>
                <w:color w:val="005EB8"/>
                <w:sz w:val="22"/>
                <w:lang w:bidi="cy-GB" w:val="cy-GB"/>
              </w:rPr>
              <w:t xml:space="preserve">Ymarferion aerobig</w:t>
            </w:r>
          </w:p>
          <w:p w14:paraId="5109297F" w14:textId="347B6629" w:rsidR="00291E00" w:rsidRDefault="00DD7EB5" w:rsidP="00FF610D">
            <w:pPr>
              <w:spacing w:after="0"/>
              <w:jc w:val="center"/>
            </w:pPr>
            <w:r>
              <w:rPr>
                <w:noProof/>
                <w:lang w:bidi="cy-GB" w:val="cy-GB"/>
              </w:rPr>
              <w:drawing>
                <wp:inline xmlns:wp="http://schemas.openxmlformats.org/drawingml/2006/wordprocessingDrawing" distT="0" distB="0" distL="0" distR="0" wp14:anchorId="399295A9" wp14:editId="4B1BB5CD">
                  <wp:extent cx="1005840" cy="1005840"/>
                  <wp:effectExtent l="0" t="0" r="0" b="0"/>
                  <wp:docPr id="2" name="Picture 2" descr="QR code linking to aerobics workout vide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QR code linking to aerobics workout videos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E90B64" w14:textId="56E4A1C7" w:rsidR="00291E00" w:rsidRDefault="00291E00" w:rsidP="005D02F2">
            <w:pPr>
              <w:spacing w:after="0"/>
              <w:jc w:val="center"/>
            </w:pPr>
            <w:r>
              <w:rPr>
                <w:lang w:bidi="cy-GB" w:val="cy-GB"/>
              </w:rPr>
              <w:t xml:space="preserve">Cod QR yn cysylltu â fideos ymarfer corff aerobig</w:t>
            </w:r>
          </w:p>
          <w:p w14:paraId="6A05A809" w14:textId="77777777" w:rsidR="00291E00" w:rsidRDefault="00291E00">
            <w:pPr>
              <w:spacing w:after="0"/>
              <w:jc w:val="center"/>
            </w:pPr>
          </w:p>
        </w:tc>
      </w:tr>
      <w:tr w:rsidR="00237C1E" w14:paraId="29A65FBA" w14:textId="77777777" w:rsidTr="1E48332D">
        <w:trPr>
          <w:jc w:val="center"/>
        </w:trPr>
        <w:tc>
          <w:tcPr>
            <w:tcW w:w="532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1D08001" w14:textId="77777777" w:rsidR="00237C1E" w:rsidRPr="00AC28D9" w:rsidRDefault="00DD7EB5">
            <w:pPr>
              <w:spacing w:after="40"/>
              <w:jc w:val="center"/>
              <w:rPr>
                <w:sz w:val="22"/>
              </w:rPr>
            </w:pPr>
            <w:r w:rsidRPr="00AC28D9">
              <w:rPr>
                <w:b/>
                <w:color w:val="005EB8"/>
                <w:sz w:val="22"/>
                <w:lang w:bidi="cy-GB" w:val="cy-GB"/>
              </w:rPr>
              <w:t xml:space="preserve">Ymarferion cryfder</w:t>
            </w:r>
          </w:p>
          <w:p w14:paraId="2A8F42E9" w14:textId="0DD58F51" w:rsidR="00291E00" w:rsidRDefault="00DD7EB5" w:rsidP="00FF610D">
            <w:pPr>
              <w:spacing w:after="0"/>
              <w:jc w:val="center"/>
            </w:pPr>
            <w:r>
              <w:rPr>
                <w:noProof/>
                <w:lang w:bidi="cy-GB" w:val="cy-GB"/>
              </w:rPr>
              <w:drawing>
                <wp:inline xmlns:wp="http://schemas.openxmlformats.org/drawingml/2006/wordprocessingDrawing" distT="0" distB="0" distL="0" distR="0" wp14:anchorId="692DD871" wp14:editId="5E158ECE">
                  <wp:extent cx="1005840" cy="1005840"/>
                  <wp:effectExtent l="0" t="0" r="0" b="0"/>
                  <wp:docPr id="3" name="Picture 3" descr="QR code linking to strength exercise resourc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QR code linking to strength exercise resources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506419" w14:textId="7829A510" w:rsidR="00291E00" w:rsidRDefault="00291E00" w:rsidP="00291E00">
            <w:pPr>
              <w:spacing w:after="0"/>
              <w:jc w:val="center"/>
            </w:pPr>
            <w:r>
              <w:rPr>
                <w:lang w:bidi="cy-GB" w:val="cy-GB"/>
              </w:rPr>
              <w:t xml:space="preserve">Cod QR yn cysylltu ag adnoddau ymarfer corff cryfder</w:t>
            </w:r>
          </w:p>
          <w:p w14:paraId="5A39BBE3" w14:textId="77777777" w:rsidR="00291E00" w:rsidRDefault="00291E00" w:rsidP="005D02F2">
            <w:pPr>
              <w:spacing w:after="0"/>
            </w:pPr>
          </w:p>
        </w:tc>
        <w:tc>
          <w:tcPr>
            <w:tcW w:w="532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E224C21" w14:textId="77777777" w:rsidR="00237C1E" w:rsidRPr="00AC28D9" w:rsidRDefault="00DD7EB5">
            <w:pPr>
              <w:spacing w:after="40"/>
              <w:jc w:val="center"/>
              <w:rPr>
                <w:sz w:val="22"/>
              </w:rPr>
            </w:pPr>
            <w:r w:rsidRPr="00AC28D9">
              <w:rPr>
                <w:b/>
                <w:color w:val="005EB8"/>
                <w:sz w:val="22"/>
                <w:lang w:bidi="cy-GB" w:val="cy-GB"/>
              </w:rPr>
              <w:t xml:space="preserve">Ymarferion cydbwysedd</w:t>
            </w:r>
          </w:p>
          <w:p w14:paraId="7AC15B04" w14:textId="43F662DC" w:rsidR="00291E00" w:rsidRDefault="00DD7EB5" w:rsidP="00FF610D">
            <w:pPr>
              <w:spacing w:after="0"/>
              <w:jc w:val="center"/>
            </w:pPr>
            <w:r>
              <w:rPr>
                <w:noProof/>
                <w:lang w:bidi="cy-GB" w:val="cy-GB"/>
              </w:rPr>
              <w:drawing>
                <wp:inline xmlns:wp="http://schemas.openxmlformats.org/drawingml/2006/wordprocessingDrawing" distT="0" distB="0" distL="0" distR="0" wp14:anchorId="167EA01D" wp14:editId="2F5F0E0B">
                  <wp:extent cx="1005840" cy="1005840"/>
                  <wp:effectExtent l="0" t="0" r="0" b="0"/>
                  <wp:docPr id="4" name="Picture 4" descr="QR code linking to balance exercise resourc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QR code linking to balance exercise resources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BA984E" w14:textId="1961F345" w:rsidR="00291E00" w:rsidRDefault="00291E00" w:rsidP="00291E00">
            <w:pPr>
              <w:spacing w:after="0"/>
              <w:jc w:val="center"/>
            </w:pPr>
            <w:r>
              <w:rPr>
                <w:lang w:bidi="cy-GB" w:val="cy-GB"/>
              </w:rPr>
              <w:t xml:space="preserve">Cod QR yn cysylltu ag adnoddau ymarfer corff cydbwysedd</w:t>
            </w:r>
          </w:p>
          <w:p w14:paraId="41C8F396" w14:textId="77777777" w:rsidR="00291E00" w:rsidRDefault="00291E00" w:rsidP="005D02F2">
            <w:pPr>
              <w:spacing w:after="0"/>
            </w:pPr>
          </w:p>
        </w:tc>
      </w:tr>
      <w:tr w:rsidR="00237C1E" w14:paraId="41E5F2AA" w14:textId="77777777" w:rsidTr="1E48332D">
        <w:trPr>
          <w:jc w:val="center"/>
        </w:trPr>
        <w:tc>
          <w:tcPr>
            <w:tcW w:w="532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3242124" w14:textId="77777777" w:rsidR="00237C1E" w:rsidRPr="00AC28D9" w:rsidRDefault="00DD7EB5">
            <w:pPr>
              <w:spacing w:after="40"/>
              <w:jc w:val="center"/>
              <w:rPr>
                <w:sz w:val="22"/>
              </w:rPr>
            </w:pPr>
            <w:r w:rsidRPr="00AC28D9">
              <w:rPr>
                <w:b/>
                <w:color w:val="005EB8"/>
                <w:sz w:val="22"/>
                <w:lang w:bidi="cy-GB" w:val="cy-GB"/>
              </w:rPr>
              <w:t xml:space="preserve">Pilates ac Ioga</w:t>
            </w:r>
          </w:p>
          <w:p w14:paraId="6AC68218" w14:textId="09BD11FD" w:rsidR="00291E00" w:rsidRDefault="00DD7EB5" w:rsidP="00FF610D">
            <w:pPr>
              <w:spacing w:after="0"/>
              <w:jc w:val="center"/>
            </w:pPr>
            <w:r>
              <w:rPr>
                <w:noProof/>
                <w:lang w:bidi="cy-GB" w:val="cy-GB"/>
              </w:rPr>
              <w:drawing>
                <wp:inline xmlns:wp="http://schemas.openxmlformats.org/drawingml/2006/wordprocessingDrawing" distT="0" distB="0" distL="0" distR="0" wp14:anchorId="5867AE61" wp14:editId="500303CC">
                  <wp:extent cx="1005840" cy="1005840"/>
                  <wp:effectExtent l="0" t="0" r="0" b="0"/>
                  <wp:docPr id="5" name="Picture 5" descr="QR code linking to Pilates and Yoga resourc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QR code linking to Pilates and Yoga resources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A73551" w14:textId="03ABB93A" w:rsidR="00291E00" w:rsidRDefault="00291E00" w:rsidP="00291E00">
            <w:pPr>
              <w:spacing w:after="0"/>
              <w:jc w:val="center"/>
            </w:pPr>
            <w:r>
              <w:rPr>
                <w:lang w:bidi="cy-GB" w:val="cy-GB"/>
              </w:rPr>
              <w:t xml:space="preserve">Cod QR yn cysylltu ag adnoddau Pilates ac Ioga</w:t>
            </w:r>
          </w:p>
          <w:p w14:paraId="72A3D3EC" w14:textId="77777777" w:rsidR="00291E00" w:rsidRDefault="00291E00" w:rsidP="005D02F2">
            <w:pPr>
              <w:spacing w:after="0"/>
            </w:pPr>
          </w:p>
        </w:tc>
        <w:tc>
          <w:tcPr>
            <w:tcW w:w="532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316ED32" w14:textId="77777777" w:rsidR="00237C1E" w:rsidRPr="00AC28D9" w:rsidRDefault="00DD7EB5">
            <w:pPr>
              <w:spacing w:after="40"/>
              <w:jc w:val="center"/>
              <w:rPr>
                <w:sz w:val="22"/>
              </w:rPr>
            </w:pPr>
            <w:r w:rsidRPr="00AC28D9">
              <w:rPr>
                <w:b/>
                <w:color w:val="005EB8"/>
                <w:sz w:val="22"/>
                <w:lang w:bidi="cy-GB" w:val="cy-GB"/>
              </w:rPr>
              <w:t xml:space="preserve">Ymarferion mewn cadair</w:t>
            </w:r>
          </w:p>
          <w:p w14:paraId="2C0A3756" w14:textId="6894004A" w:rsidR="00291E00" w:rsidRDefault="00DD7EB5" w:rsidP="00B93D1D">
            <w:pPr>
              <w:spacing w:after="0"/>
              <w:jc w:val="center"/>
            </w:pPr>
            <w:r>
              <w:rPr>
                <w:noProof/>
                <w:lang w:bidi="cy-GB" w:val="cy-GB"/>
              </w:rPr>
              <w:drawing>
                <wp:inline xmlns:wp="http://schemas.openxmlformats.org/drawingml/2006/wordprocessingDrawing" distT="0" distB="0" distL="0" distR="0" wp14:anchorId="208A0D27" wp14:editId="4AF39303">
                  <wp:extent cx="1005840" cy="1005840"/>
                  <wp:effectExtent l="0" t="0" r="0" b="0"/>
                  <wp:docPr id="6" name="Picture 6" descr="QR code linking to chair-based exercise resourc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QR code linking to chair-based exercise resources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0E348F" w14:textId="24418EF7" w:rsidR="00291E00" w:rsidRDefault="00291E00" w:rsidP="00291E00">
            <w:pPr>
              <w:spacing w:after="0"/>
              <w:jc w:val="center"/>
            </w:pPr>
            <w:r>
              <w:rPr>
                <w:lang w:bidi="cy-GB" w:val="cy-GB"/>
              </w:rPr>
              <w:t xml:space="preserve">Cod QR yn cysylltu ag adnoddau ymarfer corff mewn cadair</w:t>
            </w:r>
          </w:p>
          <w:p w14:paraId="0D0B940D" w14:textId="77777777" w:rsidR="00291E00" w:rsidRDefault="00291E00" w:rsidP="005D02F2">
            <w:pPr>
              <w:spacing w:after="0"/>
            </w:pPr>
          </w:p>
        </w:tc>
      </w:tr>
      <w:tr w:rsidR="00237C1E" w14:paraId="22B49FA5" w14:textId="77777777" w:rsidTr="1E48332D">
        <w:trPr>
          <w:jc w:val="center"/>
        </w:trPr>
        <w:tc>
          <w:tcPr>
            <w:tcW w:w="532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5B1F56E" w14:textId="77777777" w:rsidR="00237C1E" w:rsidRPr="00AC28D9" w:rsidRDefault="00DD7EB5">
            <w:pPr>
              <w:spacing w:after="40"/>
              <w:jc w:val="center"/>
              <w:rPr>
                <w:sz w:val="22"/>
              </w:rPr>
            </w:pPr>
            <w:r w:rsidRPr="00AC28D9">
              <w:rPr>
                <w:b/>
                <w:color w:val="005EB8"/>
                <w:sz w:val="22"/>
                <w:lang w:bidi="cy-GB" w:val="cy-GB"/>
              </w:rPr>
              <w:t xml:space="preserve">Rhaglen Cryfder a Stamina</w:t>
            </w:r>
          </w:p>
          <w:p w14:paraId="6D87EA41" w14:textId="652591A5" w:rsidR="00291E00" w:rsidRDefault="00DD7EB5" w:rsidP="00B93D1D">
            <w:pPr>
              <w:spacing w:after="0"/>
              <w:jc w:val="center"/>
            </w:pPr>
            <w:r>
              <w:rPr>
                <w:noProof/>
                <w:lang w:bidi="cy-GB" w:val="cy-GB"/>
              </w:rPr>
              <w:drawing>
                <wp:inline xmlns:wp="http://schemas.openxmlformats.org/drawingml/2006/wordprocessingDrawing" distT="0" distB="0" distL="0" distR="0" wp14:anchorId="43E6C1B0" wp14:editId="4F1EBEAF">
                  <wp:extent cx="1005840" cy="1005840"/>
                  <wp:effectExtent l="0" t="0" r="0" b="0"/>
                  <wp:docPr id="7" name="Picture 7" descr="QR code linking to Strength and Stamina program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QR code linking to Strength and Stamina programme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166078" w14:textId="6E8849F0" w:rsidR="00291E00" w:rsidRDefault="00291E00" w:rsidP="00291E00">
            <w:pPr>
              <w:spacing w:after="0"/>
              <w:jc w:val="center"/>
            </w:pPr>
            <w:r>
              <w:rPr>
                <w:lang w:bidi="cy-GB" w:val="cy-GB"/>
              </w:rPr>
              <w:t xml:space="preserve">Cod QR yn cysylltu â'r rhaglen Cryfder a Stamina</w:t>
            </w:r>
          </w:p>
          <w:p w14:paraId="0E27B00A" w14:textId="77777777" w:rsidR="00291E00" w:rsidRDefault="00291E00" w:rsidP="005D02F2">
            <w:pPr>
              <w:spacing w:after="0"/>
            </w:pPr>
          </w:p>
        </w:tc>
        <w:tc>
          <w:tcPr>
            <w:tcW w:w="532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555EA0D" w14:textId="77777777" w:rsidR="00237C1E" w:rsidRPr="00AC28D9" w:rsidRDefault="00DD7EB5">
            <w:pPr>
              <w:spacing w:after="40"/>
              <w:jc w:val="center"/>
              <w:rPr>
                <w:sz w:val="22"/>
              </w:rPr>
            </w:pPr>
            <w:r w:rsidRPr="00AC28D9">
              <w:rPr>
                <w:b/>
                <w:color w:val="005EB8"/>
                <w:sz w:val="22"/>
                <w:lang w:bidi="cy-GB" w:val="cy-GB"/>
              </w:rPr>
              <w:t xml:space="preserve">Ymarfer Cerdded Ysbeidiol</w:t>
            </w:r>
          </w:p>
          <w:p w14:paraId="3ECD73EB" w14:textId="46711D73" w:rsidR="00291E00" w:rsidRDefault="00DD7EB5" w:rsidP="00B93D1D">
            <w:pPr>
              <w:spacing w:after="0"/>
              <w:jc w:val="center"/>
            </w:pPr>
            <w:r>
              <w:rPr>
                <w:noProof/>
                <w:lang w:bidi="cy-GB" w:val="cy-GB"/>
              </w:rPr>
              <w:drawing>
                <wp:inline xmlns:wp="http://schemas.openxmlformats.org/drawingml/2006/wordprocessingDrawing" distT="0" distB="0" distL="0" distR="0" wp14:anchorId="4A766448" wp14:editId="00F5C0DD">
                  <wp:extent cx="1005840" cy="1005840"/>
                  <wp:effectExtent l="0" t="0" r="0" b="0"/>
                  <wp:docPr id="8" name="Picture 8" descr="QR code linking to Walking Interval Exercise program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QR code linking to Walking Interval Exercise programme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1445DE" w14:textId="48256358" w:rsidR="00291E00" w:rsidRDefault="00291E00" w:rsidP="00291E00">
            <w:pPr>
              <w:spacing w:after="0"/>
              <w:jc w:val="center"/>
            </w:pPr>
            <w:r>
              <w:rPr>
                <w:lang w:bidi="cy-GB" w:val="cy-GB"/>
              </w:rPr>
              <w:t xml:space="preserve">Cod QR yn cysylltu â rhaglen Ymarfer Corff Ysbeidiol Cerdded</w:t>
            </w:r>
          </w:p>
          <w:p w14:paraId="60061E4C" w14:textId="77777777" w:rsidR="00291E00" w:rsidRDefault="00291E00" w:rsidP="005D02F2">
            <w:pPr>
              <w:spacing w:after="0"/>
            </w:pPr>
          </w:p>
        </w:tc>
      </w:tr>
    </w:tbl>
    <w:p xmlns:w="http://schemas.openxmlformats.org/wordprocessingml/2006/main" w14:paraId="0E1ADD79" w14:textId="77777777" w:rsidR="005D02F2" w:rsidRDefault="005D02F2" w:rsidP="1E48332D">
      <w:pPr>
        <w:pStyle w:val="Heading2"/>
      </w:pPr>
    </w:p>
    <w:p xmlns:w="http://schemas.openxmlformats.org/wordprocessingml/2006/main" w14:paraId="7B42EB75" w14:textId="77777777" w:rsidR="00C9404D" w:rsidRDefault="00C9404D" w:rsidP="1E48332D">
      <w:pPr>
        <w:pStyle w:val="Heading2"/>
      </w:pPr>
    </w:p>
    <w:p xmlns:w="http://schemas.openxmlformats.org/wordprocessingml/2006/main" w14:paraId="242FEE9A" w14:textId="77777777" w:rsidR="00C9404D" w:rsidRDefault="00C9404D" w:rsidP="00C9404D"/>
    <w:p xmlns:w="http://schemas.openxmlformats.org/wordprocessingml/2006/main" w14:paraId="294B1860" w14:textId="77777777" w:rsidR="00C9404D" w:rsidRPr="00C9404D" w:rsidRDefault="00C9404D" w:rsidP="00C9404D"/>
    <w:p xmlns:w="http://schemas.openxmlformats.org/wordprocessingml/2006/main" w14:paraId="2B16B1E5" w14:textId="454821BB" w:rsidR="00237C1E" w:rsidRDefault="03F385BE" w:rsidP="1E48332D">
      <w:pPr>
        <w:pStyle w:val="Heading2"/>
      </w:pPr>
      <w:r w:rsidRPr="1E48332D">
        <w:rPr>
          <w:lang w:bidi="cy-GB" w:val="cy-GB"/>
        </w:rPr>
        <w:t xml:space="preserve">Cymorth a Rhaglenni Ychwanegol - Sganiwch y codau QR</w:t>
      </w:r>
    </w:p>
    <w:p xmlns:w="http://schemas.openxmlformats.org/wordprocessingml/2006/main" w14:paraId="07898FB3" w14:textId="77777777" w:rsidR="00237C1E" w:rsidRPr="00AC28D9" w:rsidRDefault="00DD7EB5">
      <w:pPr>
        <w:spacing w:after="80"/>
        <w:rPr>
          <w:sz w:val="22"/>
        </w:rPr>
      </w:pPr>
      <w:r w:rsidRPr="00AC28D9">
        <w:rPr>
          <w:sz w:val="22"/>
          <w:lang w:bidi="cy-GB" w:val="cy-GB"/>
        </w:rPr>
        <w:t xml:space="preserve">Defnyddiwch y codau QR hyn i gael mynediad at adnoddau iechyd a lles ychwanegol.</w:t>
      </w:r>
    </w:p>
    <w:tbl xmlns:w="http://schemas.openxmlformats.org/wordprocessingml/2006/main">
      <w:tblPr>
        <w:tblW w:w="5000" w:type="pct"/>
        <w:jc w:val="center"/>
        <w:tblLook w:val="04A0" w:firstRow="1" w:lastRow="0" w:firstColumn="1" w:lastColumn="0" w:noHBand="0" w:noVBand="1"/>
      </w:tblPr>
      <w:tblGrid>
        <w:gridCol w:w="5438"/>
        <w:gridCol w:w="5438"/>
      </w:tblGrid>
      <w:tr w:rsidR="00237C1E" w14:paraId="3CAE964F" w14:textId="77777777">
        <w:trPr>
          <w:jc w:val="center"/>
        </w:trPr>
        <w:tc>
          <w:tcPr>
            <w:tcW w:w="53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E6FE1C4" w14:textId="77777777" w:rsidR="00237C1E" w:rsidRPr="00AC28D9" w:rsidRDefault="00DD7EB5">
            <w:pPr>
              <w:spacing w:after="40"/>
              <w:jc w:val="center"/>
              <w:rPr>
                <w:sz w:val="22"/>
              </w:rPr>
            </w:pPr>
            <w:r w:rsidRPr="00AC28D9">
              <w:rPr>
                <w:b/>
                <w:color w:val="005EB8"/>
                <w:sz w:val="22"/>
                <w:lang w:bidi="cy-GB" w:val="cy-GB"/>
              </w:rPr>
              <w:t xml:space="preserve">Melo – Bod yn Egnïol</w:t>
            </w:r>
          </w:p>
          <w:p w14:paraId="1A204BFF" w14:textId="77777777" w:rsidR="00237C1E" w:rsidRDefault="00DD7EB5">
            <w:pPr>
              <w:spacing w:after="0"/>
              <w:jc w:val="center"/>
            </w:pPr>
            <w:r>
              <w:rPr>
                <w:noProof/>
                <w:lang w:bidi="cy-GB" w:val="cy-GB"/>
              </w:rPr>
              <w:drawing>
                <wp:inline xmlns:wp="http://schemas.openxmlformats.org/drawingml/2006/wordprocessingDrawing" distT="0" distB="0" distL="0" distR="0" wp14:anchorId="2670E0B8" wp14:editId="11AF8A1A">
                  <wp:extent cx="1005840" cy="1005840"/>
                  <wp:effectExtent l="0" t="0" r="0" b="0"/>
                  <wp:docPr id="9" name="Picture 9" descr="QR code linking to Melo Being Active resour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QR code linking to Melo Being Active resource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EAFD9C" w14:textId="540452F0" w:rsidR="00291E00" w:rsidRDefault="00291E00" w:rsidP="005D02F2">
            <w:pPr>
              <w:spacing w:after="0"/>
              <w:jc w:val="center"/>
            </w:pPr>
            <w:r>
              <w:rPr>
                <w:lang w:bidi="cy-GB" w:val="cy-GB"/>
              </w:rPr>
              <w:t xml:space="preserve">Cod QR yn cysylltu ag adnodd Melo Being Active</w:t>
            </w:r>
          </w:p>
        </w:tc>
        <w:tc>
          <w:tcPr>
            <w:tcW w:w="53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4107684" w14:textId="77777777" w:rsidR="00237C1E" w:rsidRPr="00AC28D9" w:rsidRDefault="00DD7EB5">
            <w:pPr>
              <w:spacing w:after="40"/>
              <w:jc w:val="center"/>
              <w:rPr>
                <w:sz w:val="22"/>
              </w:rPr>
            </w:pPr>
            <w:r w:rsidRPr="00AC28D9">
              <w:rPr>
                <w:b/>
                <w:color w:val="005EB8"/>
                <w:sz w:val="22"/>
                <w:lang w:bidi="cy-GB" w:val="cy-GB"/>
              </w:rPr>
              <w:t xml:space="preserve">Soffa i Ffitrwydd</w:t>
            </w:r>
          </w:p>
          <w:p w14:paraId="5EAF250C" w14:textId="77777777" w:rsidR="00237C1E" w:rsidRDefault="00DD7EB5">
            <w:pPr>
              <w:spacing w:after="0"/>
              <w:jc w:val="center"/>
            </w:pPr>
            <w:r>
              <w:rPr>
                <w:noProof/>
                <w:lang w:bidi="cy-GB" w:val="cy-GB"/>
              </w:rPr>
              <w:drawing>
                <wp:inline xmlns:wp="http://schemas.openxmlformats.org/drawingml/2006/wordprocessingDrawing" distT="0" distB="0" distL="0" distR="0" wp14:anchorId="589968BD" wp14:editId="3D280BE5">
                  <wp:extent cx="1005840" cy="1005840"/>
                  <wp:effectExtent l="0" t="0" r="0" b="0"/>
                  <wp:docPr id="10" name="Picture 10" descr="QR code linking to Couch to Fitness resour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QR code linking to Couch to Fitness resource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94D5A5" w14:textId="37AF1D50" w:rsidR="00291E00" w:rsidRDefault="00291E00" w:rsidP="005D02F2">
            <w:pPr>
              <w:spacing w:after="0"/>
              <w:jc w:val="center"/>
            </w:pPr>
            <w:r>
              <w:rPr>
                <w:lang w:bidi="cy-GB" w:val="cy-GB"/>
              </w:rPr>
              <w:t xml:space="preserve">Cod QR yn cysylltu ag adnodd Soffa i Ffitrwydd</w:t>
            </w:r>
          </w:p>
        </w:tc>
      </w:tr>
      <w:tr w:rsidR="00237C1E" w14:paraId="68F9573D" w14:textId="77777777">
        <w:trPr>
          <w:jc w:val="center"/>
        </w:trPr>
        <w:tc>
          <w:tcPr>
            <w:tcW w:w="53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E76A98C" w14:textId="77777777" w:rsidR="00237C1E" w:rsidRPr="00AC28D9" w:rsidRDefault="00DD7EB5">
            <w:pPr>
              <w:spacing w:after="40"/>
              <w:jc w:val="center"/>
              <w:rPr>
                <w:sz w:val="22"/>
              </w:rPr>
            </w:pPr>
            <w:r w:rsidRPr="00AC28D9">
              <w:rPr>
                <w:b/>
                <w:color w:val="005EB8"/>
                <w:sz w:val="22"/>
                <w:lang w:bidi="cy-GB" w:val="cy-GB"/>
              </w:rPr>
              <w:t xml:space="preserve">Versus Arthritis</w:t>
            </w:r>
          </w:p>
          <w:p w14:paraId="5CB1D344" w14:textId="77777777" w:rsidR="00237C1E" w:rsidRDefault="00DD7EB5">
            <w:pPr>
              <w:spacing w:after="0"/>
              <w:jc w:val="center"/>
            </w:pPr>
            <w:r>
              <w:rPr>
                <w:noProof/>
                <w:lang w:bidi="cy-GB" w:val="cy-GB"/>
              </w:rPr>
              <w:drawing>
                <wp:inline xmlns:wp="http://schemas.openxmlformats.org/drawingml/2006/wordprocessingDrawing" distT="0" distB="0" distL="0" distR="0" wp14:anchorId="2CE94D94" wp14:editId="5E9E5498">
                  <wp:extent cx="1005840" cy="1005840"/>
                  <wp:effectExtent l="0" t="0" r="0" b="0"/>
                  <wp:docPr id="11" name="Picture 11" descr="QR code linking to Versus Arthritis exercise resourc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QR code linking to Versus Arthritis exercise resources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EEC669" w14:textId="44EEA8F7" w:rsidR="00291E00" w:rsidRDefault="00291E00" w:rsidP="005D02F2">
            <w:pPr>
              <w:spacing w:after="0"/>
              <w:jc w:val="center"/>
            </w:pPr>
            <w:r>
              <w:rPr>
                <w:lang w:bidi="cy-GB" w:val="cy-GB"/>
              </w:rPr>
              <w:t xml:space="preserve">Cod QR yn cysylltu ag adnoddau ymarfer corff Versus Arthritis</w:t>
            </w:r>
          </w:p>
        </w:tc>
        <w:tc>
          <w:tcPr>
            <w:tcW w:w="53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0CA5881" w14:textId="77777777" w:rsidR="00237C1E" w:rsidRPr="00AC28D9" w:rsidRDefault="00DD7EB5">
            <w:pPr>
              <w:spacing w:after="40"/>
              <w:jc w:val="center"/>
              <w:rPr>
                <w:sz w:val="22"/>
              </w:rPr>
            </w:pPr>
            <w:r w:rsidRPr="00AC28D9">
              <w:rPr>
                <w:b/>
                <w:color w:val="005EB8"/>
                <w:sz w:val="22"/>
                <w:lang w:bidi="cy-GB" w:val="cy-GB"/>
              </w:rPr>
              <w:t xml:space="preserve">Rhaglenni Addysg (BIPBA)</w:t>
            </w:r>
          </w:p>
          <w:p w14:paraId="5F7292BD" w14:textId="77777777" w:rsidR="00237C1E" w:rsidRDefault="00DD7EB5">
            <w:pPr>
              <w:spacing w:after="0"/>
              <w:jc w:val="center"/>
            </w:pPr>
            <w:r>
              <w:rPr>
                <w:noProof/>
                <w:lang w:bidi="cy-GB" w:val="cy-GB"/>
              </w:rPr>
              <w:drawing>
                <wp:inline xmlns:wp="http://schemas.openxmlformats.org/drawingml/2006/wordprocessingDrawing" distT="0" distB="0" distL="0" distR="0" wp14:anchorId="3FED1C52" wp14:editId="330A8C16">
                  <wp:extent cx="1005840" cy="1005840"/>
                  <wp:effectExtent l="0" t="0" r="0" b="0"/>
                  <wp:docPr id="12" name="Picture 12" descr="QR code linking to Swansea Bay education programm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QR code linking to Swansea Bay education programmes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56B9AB" w14:textId="12D4D52A" w:rsidR="00291E00" w:rsidRDefault="00291E00" w:rsidP="005D02F2">
            <w:pPr>
              <w:spacing w:after="0"/>
              <w:jc w:val="center"/>
            </w:pPr>
            <w:r>
              <w:rPr>
                <w:lang w:bidi="cy-GB" w:val="cy-GB"/>
              </w:rPr>
              <w:t xml:space="preserve">Cod QR yn cysylltu â rhaglenni addysg Bae Abertawe</w:t>
            </w:r>
          </w:p>
        </w:tc>
      </w:tr>
      <w:tr w:rsidR="00237C1E" w14:paraId="43B41C69" w14:textId="77777777">
        <w:trPr>
          <w:jc w:val="center"/>
        </w:trPr>
        <w:tc>
          <w:tcPr>
            <w:tcW w:w="53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C841262" w14:textId="77777777" w:rsidR="00237C1E" w:rsidRPr="00AC28D9" w:rsidRDefault="00DD7EB5">
            <w:pPr>
              <w:spacing w:after="40"/>
              <w:jc w:val="center"/>
              <w:rPr>
                <w:sz w:val="22"/>
              </w:rPr>
            </w:pPr>
            <w:r w:rsidRPr="00AC28D9">
              <w:rPr>
                <w:b/>
                <w:color w:val="005EB8"/>
                <w:sz w:val="22"/>
                <w:lang w:bidi="cy-GB" w:val="cy-GB"/>
              </w:rPr>
              <w:t xml:space="preserve">Rhaglen Fit Jacks</w:t>
            </w:r>
          </w:p>
          <w:p w14:paraId="0A391FBA" w14:textId="77777777" w:rsidR="00237C1E" w:rsidRDefault="00DD7EB5">
            <w:pPr>
              <w:spacing w:after="0"/>
              <w:jc w:val="center"/>
            </w:pPr>
            <w:r>
              <w:rPr>
                <w:noProof/>
                <w:lang w:bidi="cy-GB" w:val="cy-GB"/>
              </w:rPr>
              <w:drawing>
                <wp:inline xmlns:wp="http://schemas.openxmlformats.org/drawingml/2006/wordprocessingDrawing" distT="0" distB="0" distL="0" distR="0" wp14:anchorId="1BA02C20" wp14:editId="73D69489">
                  <wp:extent cx="1005840" cy="1005840"/>
                  <wp:effectExtent l="0" t="0" r="0" b="0"/>
                  <wp:docPr id="13" name="Picture 13" descr="QR code linking to Fit Jacks program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QR code linking to Fit Jacks programme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FB0818" w14:textId="0A026009" w:rsidR="00291E00" w:rsidRDefault="00291E00" w:rsidP="005D02F2">
            <w:pPr>
              <w:spacing w:after="0"/>
              <w:jc w:val="center"/>
            </w:pPr>
            <w:r>
              <w:rPr>
                <w:lang w:bidi="cy-GB" w:val="cy-GB"/>
              </w:rPr>
              <w:t xml:space="preserve">Cod QR yn cysylltu â rhaglen Fit Jacks</w:t>
            </w:r>
          </w:p>
        </w:tc>
        <w:tc>
          <w:tcPr>
            <w:tcW w:w="53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42E203E" w14:textId="77777777" w:rsidR="00237C1E" w:rsidRPr="00AC28D9" w:rsidRDefault="00DD7EB5">
            <w:pPr>
              <w:spacing w:after="40"/>
              <w:jc w:val="center"/>
              <w:rPr>
                <w:sz w:val="22"/>
              </w:rPr>
            </w:pPr>
            <w:r w:rsidRPr="00AC28D9">
              <w:rPr>
                <w:b/>
                <w:color w:val="005EB8"/>
                <w:sz w:val="22"/>
                <w:lang w:bidi="cy-GB" w:val="cy-GB"/>
              </w:rPr>
              <w:t xml:space="preserve">Couch to 5K (NHS)</w:t>
            </w:r>
          </w:p>
          <w:p w14:paraId="53F289AB" w14:textId="77777777" w:rsidR="00237C1E" w:rsidRDefault="00DD7EB5">
            <w:pPr>
              <w:spacing w:after="0"/>
              <w:jc w:val="center"/>
            </w:pPr>
            <w:r>
              <w:rPr>
                <w:noProof/>
                <w:lang w:bidi="cy-GB" w:val="cy-GB"/>
              </w:rPr>
              <w:drawing>
                <wp:inline xmlns:wp="http://schemas.openxmlformats.org/drawingml/2006/wordprocessingDrawing" distT="0" distB="0" distL="0" distR="0" wp14:anchorId="7C1BB085" wp14:editId="0A45B534">
                  <wp:extent cx="1005840" cy="1005840"/>
                  <wp:effectExtent l="0" t="0" r="0" b="0"/>
                  <wp:docPr id="14" name="Picture 14" descr="QR code linking to NHS Couch to 5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QR code linking to NHS Couch to 5K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9F31CB" w14:textId="182B0074" w:rsidR="00291E00" w:rsidRDefault="00291E00" w:rsidP="005D02F2">
            <w:pPr>
              <w:spacing w:after="0"/>
              <w:jc w:val="center"/>
            </w:pPr>
            <w:r>
              <w:rPr>
                <w:lang w:bidi="cy-GB" w:val="cy-GB"/>
              </w:rPr>
              <w:t xml:space="preserve">Cod QR yn cysylltu â NHS Couch to 5K</w:t>
            </w:r>
          </w:p>
        </w:tc>
      </w:tr>
      <w:tr w:rsidR="00237C1E" w14:paraId="5882F63E" w14:textId="77777777">
        <w:trPr>
          <w:jc w:val="center"/>
        </w:trPr>
        <w:tc>
          <w:tcPr>
            <w:tcW w:w="53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AAC8118" w14:textId="77777777" w:rsidR="00237C1E" w:rsidRPr="00AC28D9" w:rsidRDefault="00DD7EB5">
            <w:pPr>
              <w:spacing w:after="40"/>
              <w:jc w:val="center"/>
              <w:rPr>
                <w:sz w:val="22"/>
              </w:rPr>
            </w:pPr>
            <w:r w:rsidRPr="00AC28D9">
              <w:rPr>
                <w:b/>
                <w:color w:val="005EB8"/>
                <w:sz w:val="22"/>
                <w:lang w:bidi="cy-GB" w:val="cy-GB"/>
              </w:rPr>
              <w:t xml:space="preserve">Ap Cerdded Active 10 (GIG)</w:t>
            </w:r>
          </w:p>
          <w:p w14:paraId="5C2D46A0" w14:textId="77777777" w:rsidR="00237C1E" w:rsidRDefault="00DD7EB5">
            <w:pPr>
              <w:spacing w:after="0"/>
              <w:jc w:val="center"/>
            </w:pPr>
            <w:r>
              <w:rPr>
                <w:noProof/>
                <w:lang w:bidi="cy-GB" w:val="cy-GB"/>
              </w:rPr>
              <w:drawing>
                <wp:inline xmlns:wp="http://schemas.openxmlformats.org/drawingml/2006/wordprocessingDrawing" distT="0" distB="0" distL="0" distR="0" wp14:anchorId="7B8E3D61" wp14:editId="3203E213">
                  <wp:extent cx="1005840" cy="1005840"/>
                  <wp:effectExtent l="0" t="0" r="0" b="0"/>
                  <wp:docPr id="15" name="Picture 15" descr="QR code linking to NHS Active 10 Walking Ap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 descr="QR code linking to NHS Active 10 Walking App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128261" w14:textId="44BD2B0C" w:rsidR="00291E00" w:rsidRDefault="005D02F2" w:rsidP="005D02F2">
            <w:pPr>
              <w:spacing w:after="0"/>
              <w:jc w:val="center"/>
            </w:pPr>
            <w:r>
              <w:rPr>
                <w:lang w:bidi="cy-GB" w:val="cy-GB"/>
              </w:rPr>
              <w:t xml:space="preserve">Cod QR yn cysylltu ag Ap Cerdded NHS Active 10</w:t>
            </w:r>
          </w:p>
        </w:tc>
        <w:tc>
          <w:tcPr>
            <w:tcW w:w="53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2486C05" w14:textId="77777777" w:rsidR="00237C1E" w:rsidRDefault="00237C1E">
            <w:pPr>
              <w:spacing w:after="40"/>
              <w:jc w:val="center"/>
            </w:pPr>
          </w:p>
        </w:tc>
      </w:tr>
    </w:tbl>
    <w:p xmlns:w="http://schemas.openxmlformats.org/wordprocessingml/2006/main" w14:paraId="4B1B749C" w14:textId="77777777" w:rsidR="00A76A6A" w:rsidRDefault="00A76A6A">
      <w:pPr>
        <w:pStyle w:val="Heading2"/>
        <w:spacing w:before="160" w:after="80"/>
      </w:pPr>
    </w:p>
    <w:p xmlns:w="http://schemas.openxmlformats.org/wordprocessingml/2006/main" w14:paraId="0959A10F" w14:textId="11E64CC2" w:rsidR="00237C1E" w:rsidRDefault="00DD7EB5">
      <w:pPr>
        <w:pStyle w:val="Heading2"/>
        <w:spacing w:before="160" w:after="80"/>
      </w:pPr>
      <w:r>
        <w:rPr>
          <w:lang w:bidi="cy-GB" w:val="cy-GB"/>
        </w:rPr>
        <w:t xml:space="preserve">Ddim yn siŵr sut i sganio cod QR?</w:t>
      </w:r>
    </w:p>
    <w:tbl xmlns:w="http://schemas.openxmlformats.org/wordprocessingml/2006/main">
      <w:tblPr>
        <w:tblW w:w="5000" w:type="pct"/>
        <w:jc w:val="center"/>
        <w:tblLook w:val="04A0" w:firstRow="1" w:lastRow="0" w:firstColumn="1" w:lastColumn="0" w:noHBand="0" w:noVBand="1"/>
      </w:tblPr>
      <w:tblGrid>
        <w:gridCol w:w="10976"/>
      </w:tblGrid>
      <w:tr w:rsidR="00237C1E" w14:paraId="5EBE58CE" w14:textId="77777777" w:rsidTr="1E48332D">
        <w:trPr>
          <w:jc w:val="center"/>
        </w:trPr>
        <w:tc>
          <w:tcPr>
            <w:tcW w:w="10656" w:type="dxa"/>
            <w:tcBorders>
              <w:top w:val="single" w:sz="6" w:space="0" w:color="B7D6EA"/>
              <w:left w:val="single" w:sz="6" w:space="0" w:color="B7D6EA"/>
              <w:bottom w:val="single" w:sz="6" w:space="0" w:color="B7D6EA"/>
              <w:right w:val="single" w:sz="6" w:space="0" w:color="B7D6EA"/>
            </w:tcBorders>
            <w:shd w:val="clear" w:color="auto" w:fill="EAF4FB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3C23BE05" w14:textId="77777777" w:rsidR="00237C1E" w:rsidRDefault="00DD7EB5">
            <w:pPr>
              <w:spacing w:after="40"/>
            </w:pPr>
            <w:r>
              <w:rPr>
                <w:b/>
                <w:color w:val="005EB8"/>
                <w:sz w:val="22"/>
                <w:lang w:bidi="cy-GB" w:val="cy-GB"/>
              </w:rPr>
              <w:t xml:space="preserve">Canllawiau syml</w:t>
            </w:r>
          </w:p>
          <w:p w14:paraId="252A916A" w14:textId="0B34E83F" w:rsidR="00237C1E" w:rsidRPr="00AC28D9" w:rsidRDefault="1E48332D">
            <w:pPr>
              <w:spacing w:after="0"/>
              <w:rPr>
                <w:sz w:val="22"/>
              </w:rPr>
            </w:pPr>
            <w:r w:rsidRPr="00AC28D9">
              <w:rPr>
                <w:sz w:val="22"/>
                <w:lang w:bidi="cy-GB" w:val="cy-GB"/>
              </w:rPr>
              <w:t xml:space="preserve">Agorwch y camera ar eich ffôn, pwyntiwch hi at y cod QR, a thapiwch y ddolen sy'n ymddangos. Os oes angen mwy o help arnoch, ewch i wefan Waiting Well am ganllawiau cam wrth gam syml.</w:t>
            </w:r>
          </w:p>
        </w:tc>
      </w:tr>
    </w:tbl>
    <w:p xmlns:w="http://schemas.openxmlformats.org/wordprocessingml/2006/main" w14:paraId="50CC78A8" w14:textId="77777777" w:rsidR="005D02F2" w:rsidRDefault="005D02F2">
      <w:pPr>
        <w:spacing w:before="160"/>
        <w:jc w:val="center"/>
        <w:rPr>
          <w:color w:val="505050"/>
          <w:sz w:val="18"/>
        </w:rPr>
      </w:pPr>
    </w:p>
    <w:p xmlns:w="http://schemas.openxmlformats.org/wordprocessingml/2006/main" w14:paraId="42BFCC5F" w14:textId="77777777" w:rsidR="00C9404D" w:rsidRDefault="00C9404D" w:rsidP="005D02F2">
      <w:pPr>
        <w:spacing w:before="160"/>
        <w:rPr>
          <w:rFonts w:asciiTheme="majorHAnsi" w:hAnsiTheme="majorHAnsi" w:cstheme="majorHAnsi"/>
          <w:b/>
          <w:bCs/>
          <w:color w:val="0070C0"/>
          <w:sz w:val="26"/>
          <w:szCs w:val="26"/>
        </w:rPr>
      </w:pPr>
    </w:p>
    <w:p xmlns:w="http://schemas.openxmlformats.org/wordprocessingml/2006/main" w14:paraId="24A51A18" w14:textId="77777777" w:rsidR="00B2191C" w:rsidRDefault="00B2191C" w:rsidP="005D02F2">
      <w:pPr>
        <w:spacing w:before="160"/>
        <w:rPr>
          <w:rFonts w:asciiTheme="majorHAnsi" w:hAnsiTheme="majorHAnsi" w:cstheme="majorHAnsi"/>
          <w:b/>
          <w:bCs/>
          <w:color w:val="0070C0"/>
          <w:sz w:val="26"/>
          <w:szCs w:val="26"/>
        </w:rPr>
      </w:pPr>
    </w:p>
    <w:p xmlns:w="http://schemas.openxmlformats.org/wordprocessingml/2006/main" w14:paraId="7D45125F" w14:textId="6D3AC656" w:rsidR="00E75786" w:rsidRDefault="009109AD" w:rsidP="005D02F2">
      <w:pPr>
        <w:spacing w:before="160"/>
        <w:rPr>
          <w:rFonts w:asciiTheme="majorHAnsi" w:hAnsiTheme="majorHAnsi" w:cstheme="majorHAnsi"/>
          <w:b/>
          <w:bCs/>
          <w:color w:val="0070C0"/>
          <w:sz w:val="26"/>
          <w:szCs w:val="26"/>
        </w:rPr>
      </w:pPr>
      <w:r>
        <w:rPr>
          <w:b/>
          <w:rFonts w:asciiTheme="majorHAnsi" w:hAnsiTheme="majorHAnsi" w:cstheme="majorHAnsi"/>
          <w:color w:val="0070C0"/>
          <w:sz w:val="26"/>
          <w:szCs w:val="26"/>
          <w:lang w:bidi="cy-GB" w:val="cy-GB"/>
        </w:rPr>
        <w:t xml:space="preserve">Gweld y canllaw yn ddigidol?</w:t>
      </w:r>
    </w:p>
    <w:p xmlns:w="http://schemas.openxmlformats.org/wordprocessingml/2006/main" w14:paraId="4715653E" w14:textId="01E8CBBE" w:rsidR="00E75786" w:rsidRDefault="009109AD" w:rsidP="005D02F2">
      <w:pPr>
        <w:spacing w:before="160"/>
        <w:rPr>
          <w:rFonts w:cs="Arial"/>
          <w:color w:val="000000" w:themeColor="text1"/>
          <w:sz w:val="22"/>
        </w:rPr>
      </w:pPr>
      <w:r w:rsidRPr="009109AD">
        <w:rPr>
          <w:rFonts w:cs="Arial"/>
          <w:color w:val="000000" w:themeColor="text1"/>
          <w:sz w:val="22"/>
          <w:lang w:bidi="cy-GB" w:val="cy-GB"/>
        </w:rPr>
        <w:t xml:space="preserve">Gallwch glicio ar y dolenni isod i gael mynediad uniongyrchol at yr adnoddau heb sganio'r codau QR.</w:t>
      </w:r>
    </w:p>
    <w:p xmlns:w="http://schemas.openxmlformats.org/wordprocessingml/2006/main" w14:paraId="692F1491" w14:textId="77777777" w:rsidR="009109AD" w:rsidRPr="009109AD" w:rsidRDefault="009109AD" w:rsidP="005D02F2">
      <w:pPr>
        <w:spacing w:before="160"/>
        <w:rPr>
          <w:rFonts w:cs="Arial"/>
          <w:color w:val="000000" w:themeColor="text1"/>
          <w:sz w:val="22"/>
        </w:rPr>
      </w:pPr>
    </w:p>
    <w:tbl xmlns:w="http://schemas.openxmlformats.org/wordprocessingml/2006/main">
      <w:tblPr>
        <w:tblW w:w="5000" w:type="pct"/>
        <w:tblBorders>
          <w:top w:val="single" w:sz="8" w:space="0" w:color="B7D6EA"/>
          <w:left w:val="single" w:sz="8" w:space="0" w:color="B7D6EA"/>
          <w:bottom w:val="single" w:sz="8" w:space="0" w:color="B7D6EA"/>
          <w:right w:val="single" w:sz="8" w:space="0" w:color="B7D6EA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76"/>
      </w:tblGrid>
      <w:tr w:rsidR="00806AF6" w14:paraId="68E3A8C7" w14:textId="77777777">
        <w:tc>
          <w:tcPr>
            <w:tcW w:w="0" w:type="auto"/>
            <w:tcBorders>
              <w:top w:val="single" w:sz="8" w:space="0" w:color="B7D6EA"/>
              <w:left w:val="single" w:sz="8" w:space="0" w:color="B7D6EA"/>
              <w:bottom w:val="single" w:sz="8" w:space="0" w:color="B7D6EA"/>
              <w:right w:val="single" w:sz="8" w:space="0" w:color="B7D6EA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hideMark/>
          </w:tcPr>
          <w:p w14:paraId="78623884" w14:textId="77777777" w:rsidR="00806AF6" w:rsidRDefault="00806AF6">
            <w:pPr>
              <w:spacing w:before="160"/>
              <w:rPr>
                <w:kern w:val="2"/>
                <w:szCs w:val="20"/>
                <w:lang w:val="en-GB" w:eastAsia="en-GB"/>
                <w14:ligatures xmlns:w14="http://schemas.microsoft.com/office/word/2010/wordml" w14:val="standardContextual"/>
              </w:rPr>
            </w:pPr>
            <w:r>
              <w:rPr>
                <w:b/>
                <w:rFonts w:ascii="Calibri" w:hAnsi="Calibri" w:cs="Calibri" w:eastAsia="Calibri" w:hint="Calibri"/>
                <w:color w:val="0070C0"/>
                <w:sz w:val="26"/>
                <w:szCs w:val="26"/>
                <w:lang w:bidi="cy-GB" w:val="cy-GB"/>
              </w:rPr>
              <w:t xml:space="preserve">Adnoddau Ymarfer Corff</w:t>
            </w:r>
          </w:p>
          <w:p w14:paraId="6B1F0B19" w14:textId="77777777" w:rsidR="00806AF6" w:rsidRDefault="00806AF6" w:rsidP="00806AF6">
            <w:pPr>
              <w:pStyle w:val="ListParagraph"/>
              <w:numPr>
                <w:ilvl w:val="0"/>
                <w:numId w:val="15"/>
              </w:numPr>
            </w:pPr>
            <w:hyperlink r:id="rId23" w:tgtFrame="_blank" w:history="1">
              <w:r w:rsidRPr="00806AF6">
                <w:rPr>
                  <w:rStyle w:val="Hyperlink"/>
                  <w:sz w:val="22"/>
                  <w:shd w:val="clear" w:color="auto" w:fill="FFFFFF"/>
                  <w:u w:val="single"/>
                  <w:lang w:bidi="cy-GB" w:val="cy-GB"/>
                </w:rPr>
                <w:t xml:space="preserve">Fideos ymarfer corff yn y cartref</w:t>
              </w:r>
            </w:hyperlink>
            <w:r>
              <w:rPr>
                <w:lang w:bidi="cy-GB" w:val="cy-GB"/>
              </w:rPr>
              <w:t xml:space="preserve"> </w:t>
            </w:r>
            <w:hyperlink r:id="rId23" w:tgtFrame="_blank" w:history="1">
              <w:r w:rsidRPr="00806AF6">
                <w:rPr>
                  <w:rStyle w:val="Hyperlink"/>
                  <w:sz w:val="22"/>
                  <w:shd w:val="clear" w:color="auto" w:fill="FFFFFF"/>
                  <w:lang w:bidi="cy-GB" w:val="cy-GB"/>
                </w:rPr>
                <w:t xml:space="preserve">Fideos ymarfer corff gartref - GIG</w:t>
              </w:r>
            </w:hyperlink>
          </w:p>
          <w:p w14:paraId="20F9B4B2" w14:textId="77777777" w:rsidR="00806AF6" w:rsidRPr="00806AF6" w:rsidRDefault="00806AF6" w:rsidP="00806AF6">
            <w:pPr>
              <w:pStyle w:val="ListParagraph"/>
              <w:numPr>
                <w:ilvl w:val="0"/>
                <w:numId w:val="15"/>
              </w:numPr>
              <w:rPr>
                <w:color w:val="3333FF"/>
              </w:rPr>
            </w:pPr>
            <w:r>
              <w:rPr>
                <w:lang w:bidi="cy-GB" w:val="cy-GB"/>
              </w:rPr>
              <w:t xml:space="preserve">Ymarferion aerobig: </w:t>
            </w:r>
            <w:hyperlink r:id="rId24" w:history="1">
              <w:r w:rsidRPr="00806AF6">
                <w:rPr>
                  <w:rStyle w:val="Hyperlink"/>
                  <w:sz w:val="22"/>
                  <w:lang w:bidi="cy-GB" w:val="cy-GB"/>
                </w:rPr>
                <w:t xml:space="preserve">Aerobics mewn cydweithrediad ag InstructorLive - YouTube</w:t>
              </w:r>
            </w:hyperlink>
          </w:p>
          <w:p w14:paraId="2695D8D2" w14:textId="77777777" w:rsidR="00806AF6" w:rsidRDefault="00806AF6" w:rsidP="00806AF6">
            <w:pPr>
              <w:pStyle w:val="ListParagraph"/>
              <w:numPr>
                <w:ilvl w:val="0"/>
                <w:numId w:val="15"/>
              </w:numPr>
            </w:pPr>
            <w:r>
              <w:rPr>
                <w:lang w:bidi="cy-GB" w:val="cy-GB"/>
              </w:rPr>
              <w:t xml:space="preserve">Ymarferion cryfder </w:t>
            </w:r>
            <w:hyperlink r:id="rId25" w:tgtFrame="_blank" w:history="1">
              <w:r w:rsidRPr="00806AF6">
                <w:rPr>
                  <w:rStyle w:val="Hyperlink"/>
                  <w:sz w:val="22"/>
                  <w:shd w:val="clear" w:color="auto" w:fill="FFFFFF"/>
                  <w:lang w:bidi="cy-GB" w:val="cy-GB"/>
                </w:rPr>
                <w:t xml:space="preserve">Ymarferion cryfder - GIG</w:t>
              </w:r>
            </w:hyperlink>
          </w:p>
          <w:p w14:paraId="5DABC70E" w14:textId="77777777" w:rsidR="00806AF6" w:rsidRDefault="00806AF6" w:rsidP="00806AF6">
            <w:pPr>
              <w:pStyle w:val="ListParagraph"/>
              <w:numPr>
                <w:ilvl w:val="0"/>
                <w:numId w:val="15"/>
              </w:numPr>
            </w:pPr>
            <w:r>
              <w:rPr>
                <w:lang w:bidi="cy-GB" w:val="cy-GB"/>
              </w:rPr>
              <w:t xml:space="preserve">Ymarferion cydbwysedd: </w:t>
            </w:r>
            <w:hyperlink r:id="rId26" w:tgtFrame="_blank" w:history="1">
              <w:r w:rsidRPr="00806AF6">
                <w:rPr>
                  <w:rStyle w:val="Hyperlink"/>
                  <w:sz w:val="22"/>
                  <w:shd w:val="clear" w:color="auto" w:fill="FFFFFF"/>
                  <w:lang w:bidi="cy-GB" w:val="cy-GB"/>
                </w:rPr>
                <w:t xml:space="preserve">Ymarferion cydbwysedd - GIG</w:t>
              </w:r>
            </w:hyperlink>
          </w:p>
          <w:p w14:paraId="22004AF7" w14:textId="77777777" w:rsidR="00806AF6" w:rsidRDefault="00806AF6" w:rsidP="00806AF6">
            <w:pPr>
              <w:pStyle w:val="ListParagraph"/>
              <w:numPr>
                <w:ilvl w:val="0"/>
                <w:numId w:val="15"/>
              </w:numPr>
            </w:pPr>
            <w:r>
              <w:rPr>
                <w:lang w:bidi="cy-GB" w:val="cy-GB"/>
              </w:rPr>
              <w:t xml:space="preserve">Pilates ac Ioga: </w:t>
            </w:r>
            <w:hyperlink r:id="rId27" w:tgtFrame="_blank" w:history="1">
              <w:r w:rsidRPr="00806AF6">
                <w:rPr>
                  <w:rStyle w:val="Hyperlink"/>
                  <w:sz w:val="22"/>
                  <w:shd w:val="clear" w:color="auto" w:fill="FFFFFF"/>
                  <w:lang w:bidi="cy-GB" w:val="cy-GB"/>
                </w:rPr>
                <w:t xml:space="preserve">Fideos ymarferion Pilates ac ioga -</w:t>
              </w:r>
            </w:hyperlink>
            <w:r>
              <w:rPr>
                <w:lang w:bidi="cy-GB" w:val="cy-GB"/>
              </w:rPr>
              <w:t xml:space="preserve"> </w:t>
            </w:r>
            <w:hyperlink r:id="rId28" w:tgtFrame="_blank" w:history="1">
              <w:r w:rsidRPr="00806AF6">
                <w:rPr>
                  <w:rStyle w:val="Hyperlink"/>
                  <w:sz w:val="22"/>
                  <w:shd w:val="clear" w:color="auto" w:fill="FFFFFF"/>
                  <w:lang w:bidi="cy-GB" w:val="cy-GB"/>
                </w:rPr>
                <w:t xml:space="preserve">Cyflwyniad i Pilates y GIG - Ymarfer Corff 1 GIG</w:t>
              </w:r>
            </w:hyperlink>
          </w:p>
          <w:p w14:paraId="0048A845" w14:textId="77777777" w:rsidR="00806AF6" w:rsidRDefault="00806AF6" w:rsidP="00806AF6">
            <w:pPr>
              <w:pStyle w:val="ListParagraph"/>
              <w:numPr>
                <w:ilvl w:val="0"/>
                <w:numId w:val="15"/>
              </w:numPr>
            </w:pPr>
            <w:r>
              <w:rPr>
                <w:lang w:bidi="cy-GB" w:val="cy-GB"/>
              </w:rPr>
              <w:t xml:space="preserve">Ymarferion yn y gadair: </w:t>
            </w:r>
            <w:hyperlink r:id="rId29" w:tgtFrame="_blank" w:history="1">
              <w:r w:rsidRPr="00806AF6">
                <w:rPr>
                  <w:rStyle w:val="Hyperlink"/>
                  <w:sz w:val="22"/>
                  <w:shd w:val="clear" w:color="auto" w:fill="FFFFFF"/>
                  <w:lang w:bidi="cy-GB" w:val="cy-GB"/>
                </w:rPr>
                <w:t xml:space="preserve">Ymarferion eistedd - GIG.</w:t>
              </w:r>
            </w:hyperlink>
            <w:r>
              <w:rPr>
                <w:lang w:bidi="cy-GB" w:val="cy-GB"/>
              </w:rPr>
              <w:t xml:space="preserve"> </w:t>
            </w:r>
            <w:hyperlink r:id="rId30" w:tgtFrame="_blank" w:history="1">
              <w:r w:rsidRPr="00806AF6">
                <w:rPr>
                  <w:rStyle w:val="Hyperlink"/>
                  <w:sz w:val="22"/>
                  <w:shd w:val="clear" w:color="auto" w:fill="FFFFFF"/>
                  <w:lang w:bidi="cy-GB" w:val="cy-GB"/>
                </w:rPr>
                <w:t xml:space="preserve">Fideo Ymarfer Dadgyflyru (Saesneg)</w:t>
              </w:r>
            </w:hyperlink>
          </w:p>
          <w:p w14:paraId="7E6C1DEE" w14:textId="77777777" w:rsidR="00806AF6" w:rsidRDefault="00806AF6" w:rsidP="00806AF6">
            <w:pPr>
              <w:pStyle w:val="ListParagraph"/>
              <w:numPr>
                <w:ilvl w:val="0"/>
                <w:numId w:val="15"/>
              </w:numPr>
            </w:pPr>
            <w:r>
              <w:rPr>
                <w:lang w:bidi="cy-GB" w:val="cy-GB"/>
              </w:rPr>
              <w:t xml:space="preserve">Rhaglen Cryfder a Dygnwch: </w:t>
            </w:r>
            <w:hyperlink r:id="rId31" w:tgtFrame="_blank" w:history="1">
              <w:r w:rsidRPr="00806AF6">
                <w:rPr>
                  <w:rStyle w:val="Hyperlink"/>
                  <w:sz w:val="22"/>
                  <w:shd w:val="clear" w:color="auto" w:fill="FFFFFF"/>
                  <w:lang w:bidi="cy-GB" w:val="cy-GB"/>
                </w:rPr>
                <w:t xml:space="preserve">Gweithgaredd corfforol - Cadw Fi'n Iach</w:t>
              </w:r>
            </w:hyperlink>
          </w:p>
          <w:p w14:paraId="14C51C84" w14:textId="77777777" w:rsidR="00806AF6" w:rsidRDefault="00806AF6" w:rsidP="00806AF6">
            <w:pPr>
              <w:pStyle w:val="ListParagraph"/>
              <w:numPr>
                <w:ilvl w:val="0"/>
                <w:numId w:val="15"/>
              </w:numPr>
            </w:pPr>
            <w:r>
              <w:rPr>
                <w:lang w:bidi="cy-GB" w:val="cy-GB"/>
              </w:rPr>
              <w:t xml:space="preserve">Ymarfer Cerdded Ysbeidiol: </w:t>
            </w:r>
            <w:hyperlink r:id="rId32" w:tgtFrame="_blank" w:history="1">
              <w:r w:rsidRPr="00806AF6">
                <w:rPr>
                  <w:rStyle w:val="Hyperlink"/>
                  <w:sz w:val="22"/>
                  <w:lang w:bidi="cy-GB" w:val="cy-GB"/>
                </w:rPr>
                <w:t xml:space="preserve">Cerdded ysbeidiol Japaneaidd: y duedd ymarfer corff firaol a allai roi sbring yn eich cam | Ffitrwydd …</w:t>
              </w:r>
            </w:hyperlink>
            <w:r>
              <w:rPr>
                <w:lang w:bidi="cy-GB" w:val="cy-GB"/>
              </w:rPr>
              <w:t xml:space="preserve"> </w:t>
            </w:r>
            <w:hyperlink r:id="rId33" w:tgtFrame="_blank" w:history="1">
              <w:r w:rsidRPr="00806AF6">
                <w:rPr>
                  <w:rStyle w:val="Hyperlink"/>
                  <w:sz w:val="22"/>
                  <w:lang w:bidi="cy-GB" w:val="cy-GB"/>
                </w:rPr>
                <w:t xml:space="preserve">Ymarfer Cerdded Japaneaidd Dull Ysbeidiol 3x3 // Effaith Isel i'r Curiad</w:t>
              </w:r>
            </w:hyperlink>
          </w:p>
        </w:tc>
      </w:tr>
    </w:tbl>
    <w:p xmlns:w="http://schemas.openxmlformats.org/wordprocessingml/2006/main" w14:paraId="7453ED5C" w14:textId="0FCC3A79" w:rsidR="005D02F2" w:rsidRPr="005D02F2" w:rsidRDefault="005D02F2" w:rsidP="009F0DC5">
      <w:pPr>
        <w:spacing w:before="100" w:beforeAutospacing="1" w:after="100" w:afterAutospacing="1" w:line="300" w:lineRule="atLeast"/>
        <w:ind w:left="720"/>
        <w:rPr>
          <w:rFonts w:ascii="Segoe UI" w:eastAsia="Times New Roman" w:hAnsi="Segoe UI" w:cs="Segoe UI"/>
          <w:color w:val="auto"/>
          <w:sz w:val="21"/>
          <w:szCs w:val="21"/>
          <w:lang w:val="en-GB" w:eastAsia="en-GB"/>
        </w:rPr>
      </w:pPr>
    </w:p>
    <w:tbl xmlns:w="http://schemas.openxmlformats.org/wordprocessingml/2006/main"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76"/>
      </w:tblGrid>
      <w:tr w:rsidR="00050772" w14:paraId="17A4F96E" w14:textId="77777777">
        <w:tc>
          <w:tcPr>
            <w:tcW w:w="0" w:type="auto"/>
            <w:tcBorders>
              <w:top w:val="single" w:sz="8" w:space="0" w:color="B7D6EA"/>
              <w:left w:val="single" w:sz="8" w:space="0" w:color="B7D6EA"/>
              <w:bottom w:val="single" w:sz="8" w:space="0" w:color="B7D6EA"/>
              <w:right w:val="single" w:sz="8" w:space="0" w:color="B7D6EA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hideMark/>
          </w:tcPr>
          <w:p w14:paraId="034A736A" w14:textId="2DBF52D4" w:rsidR="00050772" w:rsidRDefault="00050772">
            <w:pPr>
              <w:spacing w:line="300" w:lineRule="atLeast"/>
              <w:rPr>
                <w:kern w:val="2"/>
                <w:szCs w:val="20"/>
                <w:lang w:val="en-GB" w:eastAsia="en-GB"/>
                <w14:ligatures xmlns:w14="http://schemas.microsoft.com/office/word/2010/wordml" w14:val="standardContextual"/>
              </w:rPr>
            </w:pPr>
            <w:r>
              <w:rPr>
                <w:b/>
                <w:rFonts w:ascii="Calibri" w:hAnsi="Calibri" w:cs="Calibri" w:eastAsia="Calibri" w:hint="Calibri"/>
                <w:color w:val="0070C0"/>
                <w:sz w:val="26"/>
                <w:szCs w:val="26"/>
                <w:lang w:bidi="cy-GB" w:val="cy-GB"/>
              </w:rPr>
              <w:t xml:space="preserve">Cymorth a Rhaglenni Ychwanegol</w:t>
            </w:r>
          </w:p>
          <w:p w14:paraId="5A3A503F" w14:textId="77777777" w:rsidR="00050772" w:rsidRDefault="00050772" w:rsidP="00050772">
            <w:pPr>
              <w:pStyle w:val="ListParagraph"/>
              <w:numPr>
                <w:ilvl w:val="0"/>
                <w:numId w:val="16"/>
              </w:numPr>
            </w:pPr>
            <w:r>
              <w:rPr>
                <w:lang w:bidi="cy-GB" w:val="cy-GB"/>
              </w:rPr>
              <w:t xml:space="preserve">Melo – Being Active: </w:t>
            </w:r>
            <w:hyperlink r:id="rId34" w:history="1">
              <w:r w:rsidRPr="00050772">
                <w:rPr>
                  <w:rStyle w:val="Hyperlink"/>
                  <w:sz w:val="22"/>
                  <w:lang w:bidi="cy-GB" w:val="cy-GB"/>
                </w:rPr>
                <w:t xml:space="preserve">Being Active | Help with your Mental Health and Wellbeing</w:t>
              </w:r>
            </w:hyperlink>
          </w:p>
          <w:p w14:paraId="0A255736" w14:textId="77777777" w:rsidR="00050772" w:rsidRDefault="00050772" w:rsidP="00050772">
            <w:pPr>
              <w:pStyle w:val="ListParagraph"/>
              <w:numPr>
                <w:ilvl w:val="0"/>
                <w:numId w:val="16"/>
              </w:numPr>
            </w:pPr>
            <w:r>
              <w:rPr>
                <w:lang w:bidi="cy-GB" w:val="cy-GB"/>
              </w:rPr>
              <w:t xml:space="preserve">Couch to Fitness: </w:t>
            </w:r>
            <w:hyperlink r:id="rId35" w:history="1">
              <w:r w:rsidRPr="00050772">
                <w:rPr>
                  <w:rStyle w:val="Hyperlink"/>
                  <w:sz w:val="22"/>
                  <w:lang w:bidi="cy-GB" w:val="cy-GB"/>
                </w:rPr>
                <w:t xml:space="preserve">Couch to Fitness | Couch to Fitness</w:t>
              </w:r>
            </w:hyperlink>
          </w:p>
          <w:p w14:paraId="558F6053" w14:textId="77777777" w:rsidR="00050772" w:rsidRDefault="00050772" w:rsidP="00050772">
            <w:pPr>
              <w:pStyle w:val="ListParagraph"/>
              <w:numPr>
                <w:ilvl w:val="0"/>
                <w:numId w:val="16"/>
              </w:numPr>
            </w:pPr>
            <w:r>
              <w:rPr>
                <w:lang w:bidi="cy-GB" w:val="cy-GB"/>
              </w:rPr>
              <w:t xml:space="preserve">Versus Arthritis: </w:t>
            </w:r>
            <w:hyperlink r:id="rId36" w:history="1">
              <w:r w:rsidRPr="00050772">
                <w:rPr>
                  <w:rStyle w:val="Hyperlink"/>
                  <w:sz w:val="22"/>
                  <w:lang w:bidi="cy-GB" w:val="cy-GB"/>
                </w:rPr>
                <w:t xml:space="preserve">Arthritis UK | A future free from arthritis</w:t>
              </w:r>
            </w:hyperlink>
          </w:p>
          <w:p w14:paraId="786F2258" w14:textId="77777777" w:rsidR="00050772" w:rsidRDefault="00050772" w:rsidP="00050772">
            <w:pPr>
              <w:pStyle w:val="ListParagraph"/>
              <w:numPr>
                <w:ilvl w:val="0"/>
                <w:numId w:val="16"/>
              </w:numPr>
            </w:pPr>
            <w:r>
              <w:rPr>
                <w:lang w:bidi="cy-GB" w:val="cy-GB"/>
              </w:rPr>
              <w:t xml:space="preserve">Rhaglenni Addysg (BIPBA): </w:t>
            </w:r>
            <w:hyperlink r:id="rId37" w:history="1">
              <w:r w:rsidRPr="00050772">
                <w:rPr>
                  <w:rStyle w:val="Hyperlink"/>
                  <w:sz w:val="22"/>
                  <w:lang w:bidi="cy-GB" w:val="cy-GB"/>
                </w:rPr>
                <w:t xml:space="preserve">Rhaglenni Addysg i Gleifion - Bwrdd Iechyd Prifysgol Bae Abertawe</w:t>
              </w:r>
            </w:hyperlink>
          </w:p>
          <w:p w14:paraId="5A859423" w14:textId="77777777" w:rsidR="00050772" w:rsidRDefault="00050772" w:rsidP="00050772">
            <w:pPr>
              <w:pStyle w:val="ListParagraph"/>
              <w:numPr>
                <w:ilvl w:val="0"/>
                <w:numId w:val="16"/>
              </w:numPr>
            </w:pPr>
            <w:r>
              <w:rPr>
                <w:lang w:bidi="cy-GB" w:val="cy-GB"/>
              </w:rPr>
              <w:t xml:space="preserve">Rhaglen Fit Jacks: </w:t>
            </w:r>
            <w:hyperlink r:id="rId38" w:history="1">
              <w:r w:rsidRPr="00050772">
                <w:rPr>
                  <w:rStyle w:val="Hyperlink"/>
                  <w:sz w:val="22"/>
                  <w:lang w:bidi="cy-GB" w:val="cy-GB"/>
                </w:rPr>
                <w:t xml:space="preserve">Fit Jacks | Abertawe</w:t>
              </w:r>
            </w:hyperlink>
          </w:p>
          <w:p w14:paraId="5190DA75" w14:textId="77777777" w:rsidR="00050772" w:rsidRDefault="00050772" w:rsidP="00050772">
            <w:pPr>
              <w:pStyle w:val="ListParagraph"/>
              <w:numPr>
                <w:ilvl w:val="0"/>
                <w:numId w:val="16"/>
              </w:numPr>
            </w:pPr>
            <w:r>
              <w:rPr>
                <w:lang w:bidi="cy-GB" w:val="cy-GB"/>
              </w:rPr>
              <w:t xml:space="preserve">Couch to 5K (GIG): </w:t>
            </w:r>
            <w:hyperlink r:id="rId39" w:history="1">
              <w:r w:rsidRPr="00050772">
                <w:rPr>
                  <w:rStyle w:val="Hyperlink"/>
                  <w:sz w:val="22"/>
                  <w:lang w:bidi="cy-GB" w:val="cy-GB"/>
                </w:rPr>
                <w:t xml:space="preserve">Dechreuwch redeg gyda Couch to 5K - Iechyd Gwell - GIG</w:t>
              </w:r>
            </w:hyperlink>
          </w:p>
          <w:p w14:paraId="3D1988E1" w14:textId="77777777" w:rsidR="00050772" w:rsidRDefault="00050772" w:rsidP="00050772">
            <w:pPr>
              <w:pStyle w:val="ListParagraph"/>
              <w:numPr>
                <w:ilvl w:val="0"/>
                <w:numId w:val="16"/>
              </w:numPr>
            </w:pPr>
            <w:r>
              <w:rPr>
                <w:lang w:bidi="cy-GB" w:val="cy-GB"/>
              </w:rPr>
              <w:t xml:space="preserve">Ap Cerdded Active 10 (GIG): </w:t>
            </w:r>
            <w:hyperlink r:id="rId40" w:history="1">
              <w:r w:rsidRPr="00050772">
                <w:rPr>
                  <w:rStyle w:val="Hyperlink"/>
                  <w:sz w:val="22"/>
                  <w:lang w:bidi="cy-GB" w:val="cy-GB"/>
                </w:rPr>
                <w:t xml:space="preserve">Get active - Better Health - NHS</w:t>
              </w:r>
            </w:hyperlink>
          </w:p>
        </w:tc>
      </w:tr>
    </w:tbl>
    <w:p xmlns:w="http://schemas.openxmlformats.org/wordprocessingml/2006/main" w14:paraId="77556A9C" w14:textId="77777777" w:rsidR="00A76A6A" w:rsidRDefault="00A76A6A" w:rsidP="00A76A6A">
      <w:pPr>
        <w:spacing w:before="160"/>
        <w:jc w:val="center"/>
        <w:rPr>
          <w:color w:val="505050"/>
          <w:sz w:val="18"/>
        </w:rPr>
      </w:pPr>
      <w:r>
        <w:rPr>
          <w:color w:val="505050"/>
          <w:sz w:val="18"/>
          <w:lang w:bidi="cy-GB" w:val="cy-GB"/>
        </w:rPr>
        <w:t xml:space="preserve">Am gyngor pellach, siaradwch â'ch tîm gofal iechyd.</w:t>
      </w:r>
      <w:r>
        <w:rPr>
          <w:color w:val="505050"/>
          <w:sz w:val="18"/>
          <w:lang w:bidi="cy-GB" w:val="cy-GB"/>
        </w:rPr>
        <w:br/>
      </w:r>
      <w:r>
        <w:rPr>
          <w:color w:val="505050"/>
          <w:sz w:val="18"/>
          <w:lang w:bidi="cy-GB" w:val="cy-GB"/>
        </w:rPr>
        <w:t xml:space="preserve">Bwrdd Iechyd Prifysgol Bae Abertawe</w:t>
      </w:r>
    </w:p>
    <w:p xmlns:w="http://schemas.openxmlformats.org/wordprocessingml/2006/main" w14:paraId="3E269CFA" w14:textId="77777777" w:rsidR="005D02F2" w:rsidRPr="005D02F2" w:rsidRDefault="005D02F2" w:rsidP="005D02F2">
      <w:pPr>
        <w:spacing w:before="160"/>
        <w:rPr>
          <w:rFonts w:asciiTheme="majorHAnsi" w:hAnsiTheme="majorHAnsi" w:cstheme="majorHAnsi"/>
          <w:b/>
          <w:bCs/>
          <w:color w:val="0070C0"/>
          <w:sz w:val="26"/>
          <w:szCs w:val="26"/>
        </w:rPr>
      </w:pPr>
    </w:p>
    <w:sectPr xmlns:w="http://schemas.openxmlformats.org/wordprocessingml/2006/main" w:rsidR="005D02F2" w:rsidRPr="005D02F2" w:rsidSect="00034616">
      <w:footerReference w:type="default" r:id="rId41"/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73EC1" w14:textId="77777777" w:rsidR="001C13C1" w:rsidRDefault="001C13C1">
      <w:pPr>
        <w:spacing w:after="0" w:line="240" w:lineRule="auto"/>
      </w:pPr>
      <w:r>
        <w:separator/>
      </w:r>
    </w:p>
  </w:endnote>
  <w:endnote w:type="continuationSeparator" w:id="0">
    <w:p w14:paraId="69B30C0B" w14:textId="77777777" w:rsidR="001C13C1" w:rsidRDefault="001C1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i="http://schemas.microsoft.com/office/word/2026/wordml/cei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p w14:paraId="00B1C047" w14:textId="77777777" w:rsidR="00237C1E" w:rsidRDefault="00DD7EB5">
    <w:pPr>
      <w:pStyle w:val="Footer"/>
      <w:jc w:val="center"/>
    </w:pPr>
    <w:r>
      <w:rPr>
        <w:color w:val="505050"/>
        <w:sz w:val="16"/>
        <w:lang w:bidi="cy-GB" w:val="cy-GB"/>
      </w:rPr>
      <w:t xml:space="preserve">Canllaw ymarfer corff a symudiad | Fersiwn hawdd ei hargraffu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209DC" w14:textId="77777777" w:rsidR="001C13C1" w:rsidRDefault="001C13C1">
      <w:pPr>
        <w:spacing w:after="0" w:line="240" w:lineRule="auto"/>
      </w:pPr>
      <w:r>
        <w:separator/>
      </w:r>
    </w:p>
  </w:footnote>
  <w:footnote w:type="continuationSeparator" w:id="0">
    <w:p w14:paraId="3A5B489A" w14:textId="77777777" w:rsidR="001C13C1" w:rsidRDefault="001C13C1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5xuoCf24" int2:invalidationBookmarkName="" int2:hashCode="RhSMw7TSs6yAc/" int2:id="yXClxbO0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i="http://schemas.microsoft.com/office/word/2026/wordml/cei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866455C"/>
    <w:multiLevelType w:val="multilevel"/>
    <w:tmpl w:val="50309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06E572"/>
    <w:multiLevelType w:val="hybridMultilevel"/>
    <w:tmpl w:val="DD54844E"/>
    <w:lvl w:ilvl="0" w:tplc="35161D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B83E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8C6F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627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00AC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5EAF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F005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AAF2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9AE4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AC5831"/>
    <w:multiLevelType w:val="multilevel"/>
    <w:tmpl w:val="11C06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32943D4"/>
    <w:multiLevelType w:val="multilevel"/>
    <w:tmpl w:val="07965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CC2ED7"/>
    <w:multiLevelType w:val="multilevel"/>
    <w:tmpl w:val="8CEEE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A86339D"/>
    <w:multiLevelType w:val="multilevel"/>
    <w:tmpl w:val="07965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A24074"/>
    <w:multiLevelType w:val="multilevel"/>
    <w:tmpl w:val="CC7E9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65629538">
    <w:abstractNumId w:val="10"/>
  </w:num>
  <w:num w:numId="2" w16cid:durableId="1878397038">
    <w:abstractNumId w:val="8"/>
  </w:num>
  <w:num w:numId="3" w16cid:durableId="916746256">
    <w:abstractNumId w:val="6"/>
  </w:num>
  <w:num w:numId="4" w16cid:durableId="1680082853">
    <w:abstractNumId w:val="5"/>
  </w:num>
  <w:num w:numId="5" w16cid:durableId="768890379">
    <w:abstractNumId w:val="4"/>
  </w:num>
  <w:num w:numId="6" w16cid:durableId="1216506410">
    <w:abstractNumId w:val="7"/>
  </w:num>
  <w:num w:numId="7" w16cid:durableId="1960528259">
    <w:abstractNumId w:val="3"/>
  </w:num>
  <w:num w:numId="8" w16cid:durableId="1648589722">
    <w:abstractNumId w:val="2"/>
  </w:num>
  <w:num w:numId="9" w16cid:durableId="967858910">
    <w:abstractNumId w:val="1"/>
  </w:num>
  <w:num w:numId="10" w16cid:durableId="667289635">
    <w:abstractNumId w:val="0"/>
  </w:num>
  <w:num w:numId="11" w16cid:durableId="377239442">
    <w:abstractNumId w:val="12"/>
  </w:num>
  <w:num w:numId="12" w16cid:durableId="1831798287">
    <w:abstractNumId w:val="9"/>
  </w:num>
  <w:num w:numId="13" w16cid:durableId="1681464895">
    <w:abstractNumId w:val="11"/>
  </w:num>
  <w:num w:numId="14" w16cid:durableId="900943588">
    <w:abstractNumId w:val="14"/>
  </w:num>
  <w:num w:numId="15" w16cid:durableId="1160653710">
    <w:abstractNumId w:val="13"/>
  </w:num>
  <w:num w:numId="16" w16cid:durableId="109786665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0772"/>
    <w:rsid w:val="0006063C"/>
    <w:rsid w:val="00086C83"/>
    <w:rsid w:val="000C7BE4"/>
    <w:rsid w:val="000E7FBD"/>
    <w:rsid w:val="0012101E"/>
    <w:rsid w:val="0015074B"/>
    <w:rsid w:val="001857A4"/>
    <w:rsid w:val="001C13C1"/>
    <w:rsid w:val="00203F47"/>
    <w:rsid w:val="0022070C"/>
    <w:rsid w:val="00237C1E"/>
    <w:rsid w:val="00291E00"/>
    <w:rsid w:val="0029639D"/>
    <w:rsid w:val="002A2314"/>
    <w:rsid w:val="00326F90"/>
    <w:rsid w:val="00481AD2"/>
    <w:rsid w:val="004830FF"/>
    <w:rsid w:val="005244C6"/>
    <w:rsid w:val="005D02F2"/>
    <w:rsid w:val="00602F15"/>
    <w:rsid w:val="006901EF"/>
    <w:rsid w:val="006A0580"/>
    <w:rsid w:val="00711A7F"/>
    <w:rsid w:val="007C3993"/>
    <w:rsid w:val="00806AF6"/>
    <w:rsid w:val="008226C8"/>
    <w:rsid w:val="009109AD"/>
    <w:rsid w:val="00945AC5"/>
    <w:rsid w:val="009F0DC5"/>
    <w:rsid w:val="00A76A6A"/>
    <w:rsid w:val="00A858EC"/>
    <w:rsid w:val="00AA1D8D"/>
    <w:rsid w:val="00AC28D9"/>
    <w:rsid w:val="00B2191C"/>
    <w:rsid w:val="00B47730"/>
    <w:rsid w:val="00B93D1D"/>
    <w:rsid w:val="00BC62DD"/>
    <w:rsid w:val="00C03E34"/>
    <w:rsid w:val="00C1205D"/>
    <w:rsid w:val="00C8641E"/>
    <w:rsid w:val="00C9404D"/>
    <w:rsid w:val="00C9474F"/>
    <w:rsid w:val="00CB0664"/>
    <w:rsid w:val="00D12D01"/>
    <w:rsid w:val="00D707C0"/>
    <w:rsid w:val="00DB7006"/>
    <w:rsid w:val="00DD7EB5"/>
    <w:rsid w:val="00E75786"/>
    <w:rsid w:val="00E9091A"/>
    <w:rsid w:val="00F4446E"/>
    <w:rsid w:val="00FC693F"/>
    <w:rsid w:val="00FF610D"/>
    <w:rsid w:val="038016C3"/>
    <w:rsid w:val="03F385BE"/>
    <w:rsid w:val="062AF0E2"/>
    <w:rsid w:val="09E97268"/>
    <w:rsid w:val="0A70C0D2"/>
    <w:rsid w:val="1100CC18"/>
    <w:rsid w:val="1E48332D"/>
    <w:rsid w:val="215844C9"/>
    <w:rsid w:val="23758C18"/>
    <w:rsid w:val="25C0FA28"/>
    <w:rsid w:val="287AE8A3"/>
    <w:rsid w:val="2AC7EF2D"/>
    <w:rsid w:val="2B6C249F"/>
    <w:rsid w:val="337F29F1"/>
    <w:rsid w:val="380D226F"/>
    <w:rsid w:val="413671D0"/>
    <w:rsid w:val="43E05CEC"/>
    <w:rsid w:val="44A85FD0"/>
    <w:rsid w:val="4C43E1D7"/>
    <w:rsid w:val="4CF4FD26"/>
    <w:rsid w:val="4E69BBE0"/>
    <w:rsid w:val="61A9A53A"/>
    <w:rsid w:val="66A43301"/>
    <w:rsid w:val="6BDA27E6"/>
    <w:rsid w:val="6CBD7963"/>
    <w:rsid w:val="7DD0C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96AB2C20-4FC8-4379-BBA1-55D00A503BD2}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y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color w:val="212529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5EB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5EB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5EB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5D02F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02F2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9F0DC5"/>
  </w:style>
  <w:style w:type="character" w:customStyle="1" w:styleId="eop">
    <w:name w:val="eop"/>
    <w:basedOn w:val="DefaultParagraphFont"/>
    <w:rsid w:val="009F0DC5"/>
  </w:style>
  <w:style w:type="paragraph" w:customStyle="1" w:styleId="paragraph">
    <w:name w:val="paragraph"/>
    <w:basedOn w:val="Normal"/>
    <w:rsid w:val="009F0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?>
<Relationships xmlns="http://schemas.openxmlformats.org/package/2006/relationships"><Relationship Id="rId13" Type="http://schemas.openxmlformats.org/officeDocument/2006/relationships/image" Target="media/image6.png" /><Relationship Id="rId18" Type="http://schemas.openxmlformats.org/officeDocument/2006/relationships/image" Target="media/image11.png" /><Relationship Id="rId26" Type="http://schemas.openxmlformats.org/officeDocument/2006/relationships/hyperlink" Target="https://www.nhs.uk/live-well/exercise/balance-exercises/" TargetMode="External" /><Relationship Id="rId39" Type="http://schemas.openxmlformats.org/officeDocument/2006/relationships/hyperlink" Target="https://www.nhs.uk/better-health/get-active/get-running-with-couch-to-5k/" TargetMode="External" /><Relationship Id="rId21" Type="http://schemas.openxmlformats.org/officeDocument/2006/relationships/image" Target="media/image14.png" /><Relationship Id="rId34" Type="http://schemas.openxmlformats.org/officeDocument/2006/relationships/hyperlink" Target="https://www.melo.cymru/topic/being-active/" TargetMode="External" /><Relationship Id="rId42" Type="http://schemas.openxmlformats.org/officeDocument/2006/relationships/fontTable" Target="fontTable.xml" /><Relationship Id="rId47" Type="http://schemas.openxmlformats.org/officeDocument/2006/relationships/customXml" Target="../customXml/item4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6" Type="http://schemas.openxmlformats.org/officeDocument/2006/relationships/image" Target="media/image9.png" /><Relationship Id="rId29" Type="http://schemas.openxmlformats.org/officeDocument/2006/relationships/hyperlink" Target="https://www.nhs.uk/live-well/exercise/sitting-exercises/" TargetMode="Externa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png" /><Relationship Id="rId24" Type="http://schemas.openxmlformats.org/officeDocument/2006/relationships/hyperlink" Target="https://www.youtube.com/playlist?list=PLnhASgDToTkutrA50HmDExSWITajnTuXG" TargetMode="External" /><Relationship Id="rId32" Type="http://schemas.openxmlformats.org/officeDocument/2006/relationships/hyperlink" Target="https://www.theguardian.com/lifeandstyle/2025/aug/09/japanese-interval-walking-the-viral-exercise-trend-that-could-put-a-spring-in-your-step" TargetMode="External" /><Relationship Id="rId37" Type="http://schemas.openxmlformats.org/officeDocument/2006/relationships/hyperlink" Target="https://sbuhb.nhs.wales/wellbeing/about-wellbeing/education-programmes-for-patients/" TargetMode="External" /><Relationship Id="rId40" Type="http://schemas.openxmlformats.org/officeDocument/2006/relationships/hyperlink" Target="https://www.nhs.uk/better-health/get-active/" TargetMode="External" /><Relationship Id="rId45" Type="http://schemas.openxmlformats.org/officeDocument/2006/relationships/customXml" Target="../customXml/item2.xml" /><Relationship Id="rId5" Type="http://schemas.openxmlformats.org/officeDocument/2006/relationships/webSettings" Target="webSettings.xml" /><Relationship Id="rId15" Type="http://schemas.openxmlformats.org/officeDocument/2006/relationships/image" Target="media/image8.png" /><Relationship Id="rId23" Type="http://schemas.openxmlformats.org/officeDocument/2006/relationships/hyperlink" Target="https://www.nhs.uk/better-health/get-active/home-workout-videos/" TargetMode="External" /><Relationship Id="rId28" Type="http://schemas.openxmlformats.org/officeDocument/2006/relationships/hyperlink" Target="https://www.youtube.com/watch?v=44HquH6QyXc" TargetMode="External" /><Relationship Id="rId36" Type="http://schemas.openxmlformats.org/officeDocument/2006/relationships/hyperlink" Target="https://www.arthritis-uk.org/" TargetMode="External" /><Relationship Id="rId10" Type="http://schemas.openxmlformats.org/officeDocument/2006/relationships/image" Target="media/image3.png" /><Relationship Id="rId19" Type="http://schemas.openxmlformats.org/officeDocument/2006/relationships/image" Target="media/image12.png" /><Relationship Id="rId31" Type="http://schemas.openxmlformats.org/officeDocument/2006/relationships/hyperlink" Target="https://keepingmewell.com/living-well-leading-a-healthy-lifestyle/physical-activity/" TargetMode="External" /><Relationship Id="rId44" Type="http://schemas.microsoft.com/office/2020/10/relationships/intelligence" Target="intelligence2.xml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image" Target="media/image7.png" /><Relationship Id="rId22" Type="http://schemas.openxmlformats.org/officeDocument/2006/relationships/image" Target="media/image15.png" /><Relationship Id="rId27" Type="http://schemas.openxmlformats.org/officeDocument/2006/relationships/hyperlink" Target="https://www.nhs.uk/live-well/exercise/pilates-and-yoga/" TargetMode="External" /><Relationship Id="rId30" Type="http://schemas.openxmlformats.org/officeDocument/2006/relationships/hyperlink" Target="https://www.youtube.com/watch?v=ofADozJvwIQ" TargetMode="External" /><Relationship Id="rId35" Type="http://schemas.openxmlformats.org/officeDocument/2006/relationships/hyperlink" Target="https://couchtofitness.com/" TargetMode="External" /><Relationship Id="rId43" Type="http://schemas.openxmlformats.org/officeDocument/2006/relationships/theme" Target="theme/theme1.xml" /><Relationship Id="rId8" Type="http://schemas.openxmlformats.org/officeDocument/2006/relationships/image" Target="media/image1.png" /><Relationship Id="rId3" Type="http://schemas.openxmlformats.org/officeDocument/2006/relationships/styles" Target="styles.xml" /><Relationship Id="rId12" Type="http://schemas.openxmlformats.org/officeDocument/2006/relationships/image" Target="media/image5.png" /><Relationship Id="rId17" Type="http://schemas.openxmlformats.org/officeDocument/2006/relationships/image" Target="media/image10.png" /><Relationship Id="rId25" Type="http://schemas.openxmlformats.org/officeDocument/2006/relationships/hyperlink" Target="https://www.nhs.uk/live-well/exercise/strength-exercises/" TargetMode="External" /><Relationship Id="rId33" Type="http://schemas.openxmlformats.org/officeDocument/2006/relationships/hyperlink" Target="https://www.youtube.com/watch?v=Yp-YgfuUqK4" TargetMode="External" /><Relationship Id="rId38" Type="http://schemas.openxmlformats.org/officeDocument/2006/relationships/hyperlink" Target="https://www.swanseacity.com/community/swansea-city-afc-foundation-our-projects-and-initiatives/health-and-wellbeing/fit-jacks" TargetMode="External" /><Relationship Id="rId46" Type="http://schemas.openxmlformats.org/officeDocument/2006/relationships/customXml" Target="../customXml/item3.xml" /><Relationship Id="rId20" Type="http://schemas.openxmlformats.org/officeDocument/2006/relationships/image" Target="media/image13.png" /><Relationship Id="rId41" Type="http://schemas.openxmlformats.org/officeDocument/2006/relationships/footer" Target="footer1.xml" 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7880F6D1F72542BF2C5D6E8DC71BCE" ma:contentTypeVersion="20" ma:contentTypeDescription="Create a new document." ma:contentTypeScope="" ma:versionID="7ce1275f8bfb2c32d2e4a96cff12588c">
  <xsd:schema xmlns:xsd="http://www.w3.org/2001/XMLSchema" xmlns:xs="http://www.w3.org/2001/XMLSchema" xmlns:p="http://schemas.microsoft.com/office/2006/metadata/properties" xmlns:ns1="http://schemas.microsoft.com/sharepoint/v3" xmlns:ns2="25dada87-73c5-4853-ad06-9b7ecadc6792" xmlns:ns3="d0612e75-ae18-4a31-8ff8-faeebe33f569" targetNamespace="http://schemas.microsoft.com/office/2006/metadata/properties" ma:root="true" ma:fieldsID="f16923dc6f15b063fd8c679aac5c813a" ns1:_="" ns2:_="" ns3:_="">
    <xsd:import namespace="http://schemas.microsoft.com/sharepoint/v3"/>
    <xsd:import namespace="25dada87-73c5-4853-ad06-9b7ecadc6792"/>
    <xsd:import namespace="d0612e75-ae18-4a31-8ff8-faeebe33f5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dada87-73c5-4853-ad06-9b7ecadc67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12e75-ae18-4a31-8ff8-faeebe33f56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30927df-3778-404a-92b1-5a7296e7e493}" ma:internalName="TaxCatchAll" ma:showField="CatchAllData" ma:web="d0612e75-ae18-4a31-8ff8-faeebe33f5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25dada87-73c5-4853-ad06-9b7ecadc6792">
      <Terms xmlns="http://schemas.microsoft.com/office/infopath/2007/PartnerControls"/>
    </lcf76f155ced4ddcb4097134ff3c332f>
    <_ip_UnifiedCompliancePolicyProperties xmlns="http://schemas.microsoft.com/sharepoint/v3" xsi:nil="true"/>
    <TaxCatchAll xmlns="d0612e75-ae18-4a31-8ff8-faeebe33f569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C4A996-4F10-44E5-B95A-C7A9A8579523}"/>
</file>

<file path=customXml/itemProps3.xml><?xml version="1.0" encoding="utf-8"?>
<ds:datastoreItem xmlns:ds="http://schemas.openxmlformats.org/officeDocument/2006/customXml" ds:itemID="{49A9D694-FC14-44E9-9230-E3A2FE003559}"/>
</file>

<file path=customXml/itemProps4.xml><?xml version="1.0" encoding="utf-8"?>
<ds:datastoreItem xmlns:ds="http://schemas.openxmlformats.org/officeDocument/2006/customXml" ds:itemID="{693C84D8-2279-4DD8-B3BF-08EAAAE272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865</Words>
  <Characters>4495</Characters>
  <Application>Microsoft Office Word</Application>
  <DocSecurity>0</DocSecurity>
  <Lines>197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Alexandria Gutteridge (Swansea Bay UHB - Delivery Unit - VBHC)</dc:creator>
  <cp:keywords/>
  <dc:description>generated by python-docx</dc:description>
  <cp:lastModifiedBy>Alexandria Gutteridge (Swansea Bay UHB - Delivery Unit - Value Based Health Care)</cp:lastModifiedBy>
  <cp:revision>22</cp:revision>
  <dcterms:created xsi:type="dcterms:W3CDTF">2026-08-03T13:11:00Z</dcterms:created>
  <dcterms:modified xsi:type="dcterms:W3CDTF">2026-09-09T09:28:00Z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0x010100E67880F6D1F72542BF2C5D6E8DC71BCE</vt:lpwstr>
  </property>
</Properties>
</file>